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AC7E" w14:textId="77777777" w:rsidR="00B879C8" w:rsidRPr="005D28CC" w:rsidRDefault="00B879C8" w:rsidP="005D28CC">
      <w:pPr>
        <w:spacing w:after="0"/>
        <w:jc w:val="both"/>
        <w:rPr>
          <w:b/>
          <w:bCs/>
          <w:sz w:val="32"/>
          <w:szCs w:val="32"/>
          <w:lang w:val="de-DE"/>
        </w:rPr>
      </w:pPr>
      <w:r w:rsidRPr="005D28CC">
        <w:rPr>
          <w:b/>
          <w:bCs/>
          <w:sz w:val="32"/>
          <w:szCs w:val="32"/>
          <w:lang w:val="de-DE"/>
        </w:rPr>
        <w:t xml:space="preserve">Beachanlage auf dem Herrschesfelt </w:t>
      </w:r>
    </w:p>
    <w:p w14:paraId="64339AF5" w14:textId="77777777" w:rsidR="005D28CC" w:rsidRDefault="00B879C8" w:rsidP="005D28CC">
      <w:pPr>
        <w:spacing w:after="0"/>
        <w:jc w:val="both"/>
        <w:rPr>
          <w:lang w:val="de-DE"/>
        </w:rPr>
      </w:pPr>
      <w:r w:rsidRPr="005D28CC">
        <w:rPr>
          <w:b/>
          <w:bCs/>
          <w:sz w:val="24"/>
          <w:szCs w:val="24"/>
          <w:lang w:val="de-DE"/>
        </w:rPr>
        <w:t>„</w:t>
      </w:r>
      <w:r w:rsidR="00000000" w:rsidRPr="005D28CC">
        <w:rPr>
          <w:b/>
          <w:bCs/>
          <w:sz w:val="24"/>
          <w:szCs w:val="24"/>
          <w:lang w:val="de-DE"/>
        </w:rPr>
        <w:t>Beach Sport Area Roeser</w:t>
      </w:r>
      <w:r w:rsidRPr="005D28CC">
        <w:rPr>
          <w:b/>
          <w:bCs/>
          <w:sz w:val="24"/>
          <w:szCs w:val="24"/>
          <w:lang w:val="de-DE"/>
        </w:rPr>
        <w:t>“</w:t>
      </w:r>
      <w:r w:rsidR="00000000" w:rsidRPr="005D28CC">
        <w:rPr>
          <w:b/>
          <w:bCs/>
          <w:sz w:val="24"/>
          <w:szCs w:val="24"/>
          <w:lang w:val="de-DE"/>
        </w:rPr>
        <w:t xml:space="preserve"> — ein multifunktionaler Bewegungsraum f</w:t>
      </w:r>
      <w:r w:rsidR="00144D9F" w:rsidRPr="005D28CC">
        <w:rPr>
          <w:b/>
          <w:bCs/>
          <w:sz w:val="24"/>
          <w:szCs w:val="24"/>
          <w:lang w:val="de-DE"/>
        </w:rPr>
        <w:t>ü</w:t>
      </w:r>
      <w:r w:rsidR="00000000" w:rsidRPr="005D28CC">
        <w:rPr>
          <w:b/>
          <w:bCs/>
          <w:sz w:val="24"/>
          <w:szCs w:val="24"/>
          <w:lang w:val="de-DE"/>
        </w:rPr>
        <w:t>r</w:t>
      </w:r>
      <w:r w:rsidR="00144D9F" w:rsidRPr="005D28CC">
        <w:rPr>
          <w:b/>
          <w:bCs/>
          <w:sz w:val="24"/>
          <w:szCs w:val="24"/>
          <w:lang w:val="de-DE"/>
        </w:rPr>
        <w:t xml:space="preserve"> </w:t>
      </w:r>
      <w:r w:rsidR="00000000" w:rsidRPr="005D28CC">
        <w:rPr>
          <w:b/>
          <w:bCs/>
          <w:sz w:val="24"/>
          <w:szCs w:val="24"/>
          <w:lang w:val="de-DE"/>
        </w:rPr>
        <w:t xml:space="preserve">alle </w:t>
      </w:r>
      <w:r w:rsidR="00000000" w:rsidRPr="005D28CC">
        <w:rPr>
          <w:b/>
          <w:bCs/>
          <w:sz w:val="24"/>
          <w:szCs w:val="24"/>
          <w:lang w:val="de-DE"/>
        </w:rPr>
        <w:br/>
      </w:r>
      <w:r w:rsidR="00000000" w:rsidRPr="00144D9F">
        <w:rPr>
          <w:lang w:val="de-DE"/>
        </w:rPr>
        <w:br/>
        <w:t>Das Projekt sieht die Entwicklung einer mu</w:t>
      </w:r>
      <w:r w:rsidR="00144D9F">
        <w:rPr>
          <w:lang w:val="de-DE"/>
        </w:rPr>
        <w:t>l</w:t>
      </w:r>
      <w:r w:rsidR="00000000" w:rsidRPr="00144D9F">
        <w:rPr>
          <w:lang w:val="de-DE"/>
        </w:rPr>
        <w:t>tifunktionalen Beach-Sportfl</w:t>
      </w:r>
      <w:r>
        <w:rPr>
          <w:lang w:val="de-DE"/>
        </w:rPr>
        <w:t>ä</w:t>
      </w:r>
      <w:r w:rsidR="00000000" w:rsidRPr="00144D9F">
        <w:rPr>
          <w:lang w:val="de-DE"/>
        </w:rPr>
        <w:t>che vor, die</w:t>
      </w:r>
      <w:r w:rsidR="00000000" w:rsidRPr="00144D9F">
        <w:rPr>
          <w:lang w:val="de-DE"/>
        </w:rPr>
        <w:br/>
      </w:r>
      <w:r w:rsidR="00930BDB">
        <w:rPr>
          <w:lang w:val="de-DE"/>
        </w:rPr>
        <w:t>s</w:t>
      </w:r>
      <w:r w:rsidR="00000000" w:rsidRPr="00144D9F">
        <w:rPr>
          <w:lang w:val="de-DE"/>
        </w:rPr>
        <w:t>owohl f</w:t>
      </w:r>
      <w:r w:rsidR="00144D9F">
        <w:rPr>
          <w:lang w:val="de-DE"/>
        </w:rPr>
        <w:t>ü</w:t>
      </w:r>
      <w:r w:rsidR="00000000" w:rsidRPr="00144D9F">
        <w:rPr>
          <w:lang w:val="de-DE"/>
        </w:rPr>
        <w:t xml:space="preserve">r Veranstaltungen wie </w:t>
      </w:r>
      <w:proofErr w:type="spellStart"/>
      <w:r w:rsidR="00000000" w:rsidRPr="00144D9F">
        <w:rPr>
          <w:lang w:val="de-DE"/>
        </w:rPr>
        <w:t>Beach@Field</w:t>
      </w:r>
      <w:proofErr w:type="spellEnd"/>
      <w:r w:rsidR="00000000" w:rsidRPr="00144D9F">
        <w:rPr>
          <w:lang w:val="de-DE"/>
        </w:rPr>
        <w:t xml:space="preserve"> als auch f</w:t>
      </w:r>
      <w:r w:rsidR="00144D9F">
        <w:rPr>
          <w:lang w:val="de-DE"/>
        </w:rPr>
        <w:t>ü</w:t>
      </w:r>
      <w:r w:rsidR="00000000" w:rsidRPr="00144D9F">
        <w:rPr>
          <w:lang w:val="de-DE"/>
        </w:rPr>
        <w:t>r die t</w:t>
      </w:r>
      <w:r w:rsidR="00144D9F">
        <w:rPr>
          <w:lang w:val="de-DE"/>
        </w:rPr>
        <w:t>ä</w:t>
      </w:r>
      <w:r w:rsidR="00000000" w:rsidRPr="00144D9F">
        <w:rPr>
          <w:lang w:val="de-DE"/>
        </w:rPr>
        <w:t>gliche Nutzung durch die</w:t>
      </w:r>
      <w:r w:rsidR="00000000" w:rsidRPr="00144D9F">
        <w:rPr>
          <w:lang w:val="de-DE"/>
        </w:rPr>
        <w:br/>
      </w:r>
      <w:r w:rsidR="00144D9F" w:rsidRPr="00144D9F">
        <w:rPr>
          <w:lang w:val="de-DE"/>
        </w:rPr>
        <w:t>Bevölkerung</w:t>
      </w:r>
      <w:r w:rsidR="00000000" w:rsidRPr="00144D9F">
        <w:rPr>
          <w:lang w:val="de-DE"/>
        </w:rPr>
        <w:t xml:space="preserve"> zur Verf</w:t>
      </w:r>
      <w:r w:rsidR="00144D9F">
        <w:rPr>
          <w:lang w:val="de-DE"/>
        </w:rPr>
        <w:t>ü</w:t>
      </w:r>
      <w:r w:rsidR="00000000" w:rsidRPr="00144D9F">
        <w:rPr>
          <w:lang w:val="de-DE"/>
        </w:rPr>
        <w:t>gung steht.</w:t>
      </w:r>
    </w:p>
    <w:p w14:paraId="0B827016" w14:textId="77777777" w:rsidR="005D28CC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>Die F</w:t>
      </w:r>
      <w:r w:rsidR="00B879C8">
        <w:rPr>
          <w:lang w:val="de-DE"/>
        </w:rPr>
        <w:t>l</w:t>
      </w:r>
      <w:r w:rsidR="00930BDB">
        <w:rPr>
          <w:lang w:val="de-DE"/>
        </w:rPr>
        <w:t>ä</w:t>
      </w:r>
      <w:r w:rsidRPr="00144D9F">
        <w:rPr>
          <w:lang w:val="de-DE"/>
        </w:rPr>
        <w:t>che kann flexibel f</w:t>
      </w:r>
      <w:r w:rsidR="00144D9F">
        <w:rPr>
          <w:lang w:val="de-DE"/>
        </w:rPr>
        <w:t>ü</w:t>
      </w:r>
      <w:r w:rsidRPr="00144D9F">
        <w:rPr>
          <w:lang w:val="de-DE"/>
        </w:rPr>
        <w:t>r verschieden</w:t>
      </w:r>
      <w:r w:rsidR="00930BDB">
        <w:rPr>
          <w:lang w:val="de-DE"/>
        </w:rPr>
        <w:t xml:space="preserve">e </w:t>
      </w:r>
      <w:r w:rsidRPr="00144D9F">
        <w:rPr>
          <w:lang w:val="de-DE"/>
        </w:rPr>
        <w:t>Sportarten genutzt werden und schafft einen</w:t>
      </w:r>
      <w:r w:rsidRPr="00144D9F">
        <w:rPr>
          <w:lang w:val="de-DE"/>
        </w:rPr>
        <w:br/>
        <w:t>neuen, offenen Bewegungsraum f</w:t>
      </w:r>
      <w:r w:rsidR="00144D9F">
        <w:rPr>
          <w:lang w:val="de-DE"/>
        </w:rPr>
        <w:t>ür</w:t>
      </w:r>
      <w:r w:rsidRPr="00144D9F">
        <w:rPr>
          <w:lang w:val="de-DE"/>
        </w:rPr>
        <w:t xml:space="preserve"> alle</w:t>
      </w:r>
      <w:r w:rsidR="00930BDB">
        <w:rPr>
          <w:lang w:val="de-DE"/>
        </w:rPr>
        <w:t xml:space="preserve"> </w:t>
      </w:r>
      <w:r w:rsidRPr="00144D9F">
        <w:rPr>
          <w:lang w:val="de-DE"/>
        </w:rPr>
        <w:t>B</w:t>
      </w:r>
      <w:r w:rsidR="00930BDB">
        <w:rPr>
          <w:lang w:val="de-DE"/>
        </w:rPr>
        <w:t>ü</w:t>
      </w:r>
      <w:r w:rsidRPr="00144D9F">
        <w:rPr>
          <w:lang w:val="de-DE"/>
        </w:rPr>
        <w:t>rgerinnen und B</w:t>
      </w:r>
      <w:r w:rsidR="00930BDB">
        <w:rPr>
          <w:lang w:val="de-DE"/>
        </w:rPr>
        <w:t>ü</w:t>
      </w:r>
      <w:r w:rsidRPr="00144D9F">
        <w:rPr>
          <w:lang w:val="de-DE"/>
        </w:rPr>
        <w:t>rger.</w:t>
      </w:r>
    </w:p>
    <w:p w14:paraId="0CF7CCEF" w14:textId="77777777" w:rsidR="005D28CC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>Dank der naturnahen Lage bietet die Anlage ideale Voraussetzungen, um neben sportlicher</w:t>
      </w:r>
      <w:r w:rsidRPr="00144D9F">
        <w:rPr>
          <w:lang w:val="de-DE"/>
        </w:rPr>
        <w:br/>
        <w:t>Aktivit</w:t>
      </w:r>
      <w:r w:rsidR="00144D9F">
        <w:rPr>
          <w:lang w:val="de-DE"/>
        </w:rPr>
        <w:t>ä</w:t>
      </w:r>
      <w:r w:rsidRPr="00144D9F">
        <w:rPr>
          <w:lang w:val="de-DE"/>
        </w:rPr>
        <w:t>t auch Erholung, Entspannung und mentale Gesundheit zu f</w:t>
      </w:r>
      <w:r w:rsidR="00930BDB">
        <w:rPr>
          <w:lang w:val="de-DE"/>
        </w:rPr>
        <w:t>ö</w:t>
      </w:r>
      <w:r w:rsidRPr="00144D9F">
        <w:rPr>
          <w:lang w:val="de-DE"/>
        </w:rPr>
        <w:t>rdern.</w:t>
      </w:r>
    </w:p>
    <w:p w14:paraId="6EE8CF39" w14:textId="77777777" w:rsidR="005D28CC" w:rsidRDefault="005D28CC" w:rsidP="005D28CC">
      <w:pPr>
        <w:spacing w:after="0"/>
        <w:jc w:val="both"/>
        <w:rPr>
          <w:lang w:val="de-DE"/>
        </w:rPr>
      </w:pPr>
    </w:p>
    <w:p w14:paraId="61A996FC" w14:textId="6C575F1D" w:rsidR="005D28CC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>Es entsteht damit weit mehr als eine klassische Sport</w:t>
      </w:r>
      <w:r w:rsidR="00D3033D">
        <w:rPr>
          <w:lang w:val="de-DE"/>
        </w:rPr>
        <w:t>f</w:t>
      </w:r>
      <w:r w:rsidR="00A36D9C">
        <w:rPr>
          <w:lang w:val="de-DE"/>
        </w:rPr>
        <w:t>läche</w:t>
      </w:r>
      <w:r w:rsidRPr="00144D9F">
        <w:rPr>
          <w:lang w:val="de-DE"/>
        </w:rPr>
        <w:t>:</w:t>
      </w:r>
    </w:p>
    <w:p w14:paraId="2547E5C3" w14:textId="77777777" w:rsidR="005D28CC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>ein ganzheitlicher Bewegungs- und Gesundheitsraum im Gr</w:t>
      </w:r>
      <w:r w:rsidR="00144D9F">
        <w:rPr>
          <w:lang w:val="de-DE"/>
        </w:rPr>
        <w:t>ü</w:t>
      </w:r>
      <w:r w:rsidRPr="00144D9F">
        <w:rPr>
          <w:lang w:val="de-DE"/>
        </w:rPr>
        <w:t>nen.</w:t>
      </w:r>
    </w:p>
    <w:p w14:paraId="07F7899B" w14:textId="77777777" w:rsidR="005D28CC" w:rsidRDefault="005D28CC" w:rsidP="005D28CC">
      <w:pPr>
        <w:spacing w:after="0"/>
        <w:jc w:val="both"/>
        <w:rPr>
          <w:lang w:val="de-DE"/>
        </w:rPr>
      </w:pPr>
    </w:p>
    <w:p w14:paraId="0F117B85" w14:textId="6F4739D7" w:rsidR="000A3897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>Projektbeschreibung</w:t>
      </w:r>
      <w:r w:rsidRPr="00144D9F">
        <w:rPr>
          <w:lang w:val="de-DE"/>
        </w:rPr>
        <w:br/>
      </w:r>
      <w:r w:rsidRPr="00144D9F">
        <w:rPr>
          <w:lang w:val="de-DE"/>
        </w:rPr>
        <w:br/>
        <w:t>Die vorgeschlagene Fl</w:t>
      </w:r>
      <w:r w:rsidR="00B879C8">
        <w:rPr>
          <w:lang w:val="de-DE"/>
        </w:rPr>
        <w:t>ä</w:t>
      </w:r>
      <w:r w:rsidRPr="00144D9F">
        <w:rPr>
          <w:lang w:val="de-DE"/>
        </w:rPr>
        <w:t xml:space="preserve">che wird derzeit </w:t>
      </w:r>
      <w:r w:rsidR="00144D9F">
        <w:rPr>
          <w:lang w:val="de-DE"/>
        </w:rPr>
        <w:t>ü</w:t>
      </w:r>
      <w:r w:rsidRPr="00144D9F">
        <w:rPr>
          <w:lang w:val="de-DE"/>
        </w:rPr>
        <w:t>berwiegend tempor</w:t>
      </w:r>
      <w:r w:rsidR="00144D9F">
        <w:rPr>
          <w:lang w:val="de-DE"/>
        </w:rPr>
        <w:t>ä</w:t>
      </w:r>
      <w:r w:rsidRPr="00144D9F">
        <w:rPr>
          <w:lang w:val="de-DE"/>
        </w:rPr>
        <w:t>r f</w:t>
      </w:r>
      <w:r w:rsidR="00930BDB">
        <w:rPr>
          <w:lang w:val="de-DE"/>
        </w:rPr>
        <w:t>ü</w:t>
      </w:r>
      <w:r w:rsidRPr="00144D9F">
        <w:rPr>
          <w:lang w:val="de-DE"/>
        </w:rPr>
        <w:t xml:space="preserve">r </w:t>
      </w:r>
      <w:r w:rsidRPr="00B879C8">
        <w:rPr>
          <w:b/>
          <w:bCs/>
          <w:lang w:val="de-DE"/>
        </w:rPr>
        <w:t>eine einzelne</w:t>
      </w:r>
      <w:r w:rsidRPr="00144D9F">
        <w:rPr>
          <w:lang w:val="de-DE"/>
        </w:rPr>
        <w:br/>
      </w:r>
      <w:r w:rsidR="00B879C8">
        <w:rPr>
          <w:lang w:val="de-DE"/>
        </w:rPr>
        <w:t xml:space="preserve">sportliche </w:t>
      </w:r>
      <w:r w:rsidRPr="00144D9F">
        <w:rPr>
          <w:lang w:val="de-DE"/>
        </w:rPr>
        <w:t>Nutzung (Reitsport) verwendet und steht der breiten Bev</w:t>
      </w:r>
      <w:r w:rsidR="00144D9F">
        <w:rPr>
          <w:lang w:val="de-DE"/>
        </w:rPr>
        <w:t>ö</w:t>
      </w:r>
      <w:r w:rsidRPr="00144D9F">
        <w:rPr>
          <w:lang w:val="de-DE"/>
        </w:rPr>
        <w:t>lkerung im Alltag nur</w:t>
      </w:r>
      <w:r w:rsidRPr="00144D9F">
        <w:rPr>
          <w:lang w:val="de-DE"/>
        </w:rPr>
        <w:br/>
        <w:t>eingeschr</w:t>
      </w:r>
      <w:r w:rsidR="00144D9F">
        <w:rPr>
          <w:lang w:val="de-DE"/>
        </w:rPr>
        <w:t>ä</w:t>
      </w:r>
      <w:r w:rsidRPr="00144D9F">
        <w:rPr>
          <w:lang w:val="de-DE"/>
        </w:rPr>
        <w:t>nkt zur Verf</w:t>
      </w:r>
      <w:r w:rsidR="00144D9F">
        <w:rPr>
          <w:lang w:val="de-DE"/>
        </w:rPr>
        <w:t>ü</w:t>
      </w:r>
      <w:r w:rsidRPr="00144D9F">
        <w:rPr>
          <w:lang w:val="de-DE"/>
        </w:rPr>
        <w:t>gung.</w:t>
      </w:r>
      <w:r w:rsidR="00B879C8">
        <w:rPr>
          <w:lang w:val="de-DE"/>
        </w:rPr>
        <w:t xml:space="preserve"> Ziel dieses Projekts ist es, mehr Menschen</w:t>
      </w:r>
      <w:r w:rsidR="000A3897">
        <w:rPr>
          <w:lang w:val="de-DE"/>
        </w:rPr>
        <w:t xml:space="preserve"> über mehrere Monate eine Möglichkeit zu geben, auf kommunaler Ebene Sport zu treiben und diese Fläche nicht durch eine </w:t>
      </w:r>
      <w:proofErr w:type="spellStart"/>
      <w:r w:rsidR="000A3897">
        <w:rPr>
          <w:lang w:val="de-DE"/>
        </w:rPr>
        <w:t>hochschwellige</w:t>
      </w:r>
      <w:proofErr w:type="spellEnd"/>
      <w:r w:rsidR="000A3897">
        <w:rPr>
          <w:lang w:val="de-DE"/>
        </w:rPr>
        <w:t xml:space="preserve"> Sportart, die einmal im Jahr stattfindet, zu blockieren. </w:t>
      </w:r>
    </w:p>
    <w:p w14:paraId="1AA143B3" w14:textId="0EC84E86" w:rsidR="005D28CC" w:rsidRDefault="00000000" w:rsidP="005D28CC">
      <w:pPr>
        <w:spacing w:after="0"/>
        <w:jc w:val="both"/>
        <w:rPr>
          <w:lang w:val="de-DE"/>
        </w:rPr>
      </w:pPr>
      <w:r w:rsidRPr="006913CC">
        <w:rPr>
          <w:lang w:val="de-DE"/>
        </w:rPr>
        <w:t xml:space="preserve">Erfahrungen aus alternativen Nutzungen </w:t>
      </w:r>
      <w:r w:rsidR="00927226">
        <w:rPr>
          <w:lang w:val="de-DE"/>
        </w:rPr>
        <w:t>–</w:t>
      </w:r>
      <w:r w:rsidRPr="006913CC">
        <w:rPr>
          <w:lang w:val="de-DE"/>
        </w:rPr>
        <w:t xml:space="preserve"> </w:t>
      </w:r>
      <w:r w:rsidR="000A3897" w:rsidRPr="006913CC">
        <w:rPr>
          <w:lang w:val="de-DE"/>
        </w:rPr>
        <w:t xml:space="preserve">insbesondere dem Event </w:t>
      </w:r>
      <w:proofErr w:type="spellStart"/>
      <w:r w:rsidR="000A3897" w:rsidRPr="006913CC">
        <w:rPr>
          <w:lang w:val="de-DE"/>
        </w:rPr>
        <w:t>Beach@Field</w:t>
      </w:r>
      <w:proofErr w:type="spellEnd"/>
      <w:r w:rsidR="000A3897" w:rsidRPr="006913CC">
        <w:rPr>
          <w:lang w:val="de-DE"/>
        </w:rPr>
        <w:t xml:space="preserve"> – haben </w:t>
      </w:r>
      <w:r w:rsidR="00927226">
        <w:rPr>
          <w:lang w:val="de-DE"/>
        </w:rPr>
        <w:t>bereits</w:t>
      </w:r>
      <w:r w:rsidRPr="006913CC">
        <w:rPr>
          <w:lang w:val="de-DE"/>
        </w:rPr>
        <w:t xml:space="preserve"> gezeigt, dass ein sehr </w:t>
      </w:r>
      <w:r w:rsidR="00144D9F" w:rsidRPr="006913CC">
        <w:rPr>
          <w:lang w:val="de-DE"/>
        </w:rPr>
        <w:t>großes</w:t>
      </w:r>
      <w:r w:rsidRPr="006913CC">
        <w:rPr>
          <w:lang w:val="de-DE"/>
        </w:rPr>
        <w:t xml:space="preserve"> Interesse und eine hohe Identifikation</w:t>
      </w:r>
      <w:r w:rsidRPr="006913CC">
        <w:rPr>
          <w:lang w:val="de-DE"/>
        </w:rPr>
        <w:br/>
        <w:t>der Bev</w:t>
      </w:r>
      <w:r w:rsidR="00144D9F" w:rsidRPr="006913CC">
        <w:rPr>
          <w:lang w:val="de-DE"/>
        </w:rPr>
        <w:t>ö</w:t>
      </w:r>
      <w:r w:rsidRPr="006913CC">
        <w:rPr>
          <w:lang w:val="de-DE"/>
        </w:rPr>
        <w:t>lkerung mit dieser Fl</w:t>
      </w:r>
      <w:r w:rsidR="000A3897" w:rsidRPr="006913CC">
        <w:rPr>
          <w:lang w:val="de-DE"/>
        </w:rPr>
        <w:t>ä</w:t>
      </w:r>
      <w:r w:rsidRPr="006913CC">
        <w:rPr>
          <w:lang w:val="de-DE"/>
        </w:rPr>
        <w:t xml:space="preserve">che </w:t>
      </w:r>
      <w:r w:rsidR="006913CC" w:rsidRPr="006913CC">
        <w:rPr>
          <w:lang w:val="de-DE"/>
        </w:rPr>
        <w:t>bestehen</w:t>
      </w:r>
      <w:r w:rsidRPr="006913CC">
        <w:rPr>
          <w:lang w:val="de-DE"/>
        </w:rPr>
        <w:t>.</w:t>
      </w:r>
      <w:r w:rsidR="000A3897" w:rsidRPr="006913CC">
        <w:rPr>
          <w:lang w:val="de-DE"/>
        </w:rPr>
        <w:t xml:space="preserve"> </w:t>
      </w:r>
      <w:r w:rsidR="006913CC" w:rsidRPr="006913CC">
        <w:rPr>
          <w:lang w:val="de-DE"/>
        </w:rPr>
        <w:t>Viele B</w:t>
      </w:r>
      <w:r w:rsidR="000E25F4">
        <w:rPr>
          <w:lang w:val="de-DE"/>
        </w:rPr>
        <w:t>ü</w:t>
      </w:r>
      <w:r w:rsidR="006913CC" w:rsidRPr="006913CC">
        <w:rPr>
          <w:lang w:val="de-DE"/>
        </w:rPr>
        <w:t>rgerinnen und B</w:t>
      </w:r>
      <w:r w:rsidR="000E25F4">
        <w:rPr>
          <w:lang w:val="de-DE"/>
        </w:rPr>
        <w:t>ü</w:t>
      </w:r>
      <w:r w:rsidR="006913CC" w:rsidRPr="006913CC">
        <w:rPr>
          <w:lang w:val="de-DE"/>
        </w:rPr>
        <w:t>rger haben den Wunsch geäußert, diese Nutzung dauerhaft</w:t>
      </w:r>
      <w:r w:rsidR="00D3033D">
        <w:rPr>
          <w:lang w:val="de-DE"/>
        </w:rPr>
        <w:t xml:space="preserve"> </w:t>
      </w:r>
      <w:r w:rsidR="006913CC" w:rsidRPr="006913CC">
        <w:rPr>
          <w:lang w:val="de-DE"/>
        </w:rPr>
        <w:t>oder regelmäßig zu ermöglichen.</w:t>
      </w:r>
      <w:r w:rsidR="006913CC" w:rsidRPr="006913CC">
        <w:rPr>
          <w:lang w:val="de-DE"/>
        </w:rPr>
        <w:t xml:space="preserve"> Ein Wunsch</w:t>
      </w:r>
      <w:r w:rsidR="00D3033D">
        <w:rPr>
          <w:lang w:val="de-DE"/>
        </w:rPr>
        <w:t>,</w:t>
      </w:r>
      <w:r w:rsidR="006913CC" w:rsidRPr="006913CC">
        <w:rPr>
          <w:lang w:val="de-DE"/>
        </w:rPr>
        <w:t xml:space="preserve"> der sich auch in Zahlen widerspiegelt: D</w:t>
      </w:r>
      <w:r w:rsidR="000A3897" w:rsidRPr="006913CC">
        <w:rPr>
          <w:lang w:val="de-DE"/>
        </w:rPr>
        <w:t xml:space="preserve">as dort entstandene </w:t>
      </w:r>
      <w:r w:rsidR="006913CC" w:rsidRPr="006913CC">
        <w:rPr>
          <w:lang w:val="de-DE"/>
        </w:rPr>
        <w:t>Eventv</w:t>
      </w:r>
      <w:r w:rsidR="000A3897" w:rsidRPr="006913CC">
        <w:rPr>
          <w:lang w:val="de-DE"/>
        </w:rPr>
        <w:t xml:space="preserve">ideo, das am 22. Juni auf der Facebook-Seite der Gemeinde Roeser veröffentlicht wurde, </w:t>
      </w:r>
      <w:r w:rsidR="000E25F4">
        <w:rPr>
          <w:lang w:val="de-DE"/>
        </w:rPr>
        <w:t xml:space="preserve">wurde </w:t>
      </w:r>
      <w:r w:rsidR="000E25F4" w:rsidRPr="000E25F4">
        <w:rPr>
          <w:lang w:val="de-DE"/>
        </w:rPr>
        <w:t>über 8.600-mal aufgerufen und fast 100-mal mit „Gefällt mir“ markiert</w:t>
      </w:r>
      <w:r w:rsidR="000E25F4">
        <w:rPr>
          <w:lang w:val="de-DE"/>
        </w:rPr>
        <w:t>.</w:t>
      </w:r>
    </w:p>
    <w:p w14:paraId="00CEB2F6" w14:textId="34E3EB0B" w:rsidR="005D28CC" w:rsidRDefault="00000000" w:rsidP="005D28CC">
      <w:pPr>
        <w:spacing w:after="0"/>
        <w:jc w:val="both"/>
        <w:rPr>
          <w:b/>
          <w:bCs/>
          <w:lang w:val="de-DE"/>
        </w:rPr>
      </w:pPr>
      <w:r w:rsidRPr="006913CC">
        <w:rPr>
          <w:lang w:val="de-DE"/>
        </w:rPr>
        <w:t>Ziel ist daher die Schaffung einer multifunktionalen Beach-Sport</w:t>
      </w:r>
      <w:r w:rsidR="00D3033D">
        <w:rPr>
          <w:lang w:val="de-DE"/>
        </w:rPr>
        <w:t>f</w:t>
      </w:r>
      <w:r w:rsidR="00A36D9C">
        <w:rPr>
          <w:lang w:val="de-DE"/>
        </w:rPr>
        <w:t>läche</w:t>
      </w:r>
      <w:r w:rsidRPr="006913CC">
        <w:rPr>
          <w:lang w:val="de-DE"/>
        </w:rPr>
        <w:t xml:space="preserve"> mit folgenden</w:t>
      </w:r>
      <w:r w:rsidRPr="006913CC">
        <w:rPr>
          <w:lang w:val="de-DE"/>
        </w:rPr>
        <w:br/>
      </w:r>
      <w:r w:rsidR="00927226">
        <w:rPr>
          <w:lang w:val="de-DE"/>
        </w:rPr>
        <w:t>Parametern</w:t>
      </w:r>
      <w:r w:rsidRPr="006913CC">
        <w:rPr>
          <w:lang w:val="de-DE"/>
        </w:rPr>
        <w:t>:</w:t>
      </w:r>
      <w:r w:rsidRPr="006913CC">
        <w:rPr>
          <w:lang w:val="de-DE"/>
        </w:rPr>
        <w:br/>
      </w:r>
      <w:r w:rsidRPr="006913CC">
        <w:rPr>
          <w:lang w:val="de-DE"/>
        </w:rPr>
        <w:br/>
      </w:r>
      <w:r w:rsidRPr="00D3033D">
        <w:rPr>
          <w:b/>
          <w:bCs/>
          <w:lang w:val="de-DE"/>
        </w:rPr>
        <w:t>Phase 1:</w:t>
      </w:r>
    </w:p>
    <w:p w14:paraId="4E7A891C" w14:textId="46DF550D" w:rsidR="005D28CC" w:rsidRDefault="00000000" w:rsidP="005D28CC">
      <w:pPr>
        <w:spacing w:after="120"/>
        <w:jc w:val="both"/>
        <w:rPr>
          <w:lang w:val="de-DE"/>
        </w:rPr>
      </w:pPr>
      <w:r w:rsidRPr="006913CC">
        <w:rPr>
          <w:lang w:val="de-DE"/>
        </w:rPr>
        <w:t>Fl</w:t>
      </w:r>
      <w:r w:rsidR="006913CC" w:rsidRPr="006913CC">
        <w:rPr>
          <w:lang w:val="de-DE"/>
        </w:rPr>
        <w:t>ä</w:t>
      </w:r>
      <w:r w:rsidRPr="006913CC">
        <w:rPr>
          <w:lang w:val="de-DE"/>
        </w:rPr>
        <w:t>che: ca. 51m x 27m</w:t>
      </w:r>
    </w:p>
    <w:p w14:paraId="7DC86975" w14:textId="578A5BC9" w:rsidR="005D28CC" w:rsidRPr="005D28CC" w:rsidRDefault="00000000" w:rsidP="005D28CC">
      <w:pPr>
        <w:spacing w:after="120"/>
        <w:jc w:val="both"/>
        <w:rPr>
          <w:lang w:val="de-DE"/>
        </w:rPr>
      </w:pPr>
      <w:r w:rsidRPr="005D28CC">
        <w:rPr>
          <w:lang w:val="de-DE"/>
        </w:rPr>
        <w:t>Nutzungsm</w:t>
      </w:r>
      <w:r w:rsidR="006913CC" w:rsidRPr="005D28CC">
        <w:rPr>
          <w:lang w:val="de-DE"/>
        </w:rPr>
        <w:t>ö</w:t>
      </w:r>
      <w:r w:rsidRPr="005D28CC">
        <w:rPr>
          <w:lang w:val="de-DE"/>
        </w:rPr>
        <w:t>glichkeiten</w:t>
      </w:r>
      <w:r w:rsidR="005D28CC">
        <w:rPr>
          <w:lang w:val="de-DE"/>
        </w:rPr>
        <w:t>:</w:t>
      </w:r>
    </w:p>
    <w:p w14:paraId="43E15A16" w14:textId="7238880E" w:rsidR="006913CC" w:rsidRPr="005D28CC" w:rsidRDefault="00000000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 w:rsidRPr="005D28CC">
        <w:rPr>
          <w:lang w:val="de-DE"/>
        </w:rPr>
        <w:t>bis zu 4 Beachvolleyballfelder</w:t>
      </w:r>
    </w:p>
    <w:p w14:paraId="2B220E96" w14:textId="3A72D0D6" w:rsidR="006913CC" w:rsidRDefault="006913CC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>
        <w:rPr>
          <w:lang w:val="de-DE"/>
        </w:rPr>
        <w:t>v</w:t>
      </w:r>
      <w:r w:rsidRPr="006913CC">
        <w:rPr>
          <w:lang w:val="de-DE"/>
        </w:rPr>
        <w:t>eränderbar auf 3 Beachhandballfelde</w:t>
      </w:r>
      <w:r>
        <w:rPr>
          <w:lang w:val="de-DE"/>
        </w:rPr>
        <w:t>r</w:t>
      </w:r>
    </w:p>
    <w:p w14:paraId="4E22E550" w14:textId="77777777" w:rsidR="006913CC" w:rsidRDefault="00144D9F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temporär</w:t>
      </w:r>
      <w:r w:rsidR="00000000" w:rsidRPr="006913CC">
        <w:rPr>
          <w:lang w:val="de-DE"/>
        </w:rPr>
        <w:t xml:space="preserve"> 6 Pétanque-Bahnen</w:t>
      </w:r>
    </w:p>
    <w:p w14:paraId="607BEB10" w14:textId="77777777" w:rsidR="005D28CC" w:rsidRDefault="005D28CC" w:rsidP="005D28CC">
      <w:pPr>
        <w:pStyle w:val="Listenabsatz"/>
        <w:spacing w:after="0"/>
        <w:jc w:val="both"/>
        <w:rPr>
          <w:lang w:val="de-DE"/>
        </w:rPr>
      </w:pPr>
    </w:p>
    <w:p w14:paraId="1127E1B6" w14:textId="767B3525" w:rsidR="006913CC" w:rsidRPr="006913CC" w:rsidRDefault="00000000" w:rsidP="005D28CC">
      <w:pPr>
        <w:spacing w:after="120"/>
        <w:jc w:val="both"/>
        <w:rPr>
          <w:lang w:val="de-DE"/>
        </w:rPr>
      </w:pPr>
      <w:r w:rsidRPr="006913CC">
        <w:rPr>
          <w:lang w:val="de-DE"/>
        </w:rPr>
        <w:t>Die Fl</w:t>
      </w:r>
      <w:r w:rsidR="006913CC" w:rsidRPr="006913CC">
        <w:rPr>
          <w:lang w:val="de-DE"/>
        </w:rPr>
        <w:t>ä</w:t>
      </w:r>
      <w:r w:rsidRPr="006913CC">
        <w:rPr>
          <w:lang w:val="de-DE"/>
        </w:rPr>
        <w:t>che ist flexibel anpassbar und kann genutzt werden f</w:t>
      </w:r>
      <w:r w:rsidR="006913CC">
        <w:rPr>
          <w:lang w:val="de-DE"/>
        </w:rPr>
        <w:t>ü</w:t>
      </w:r>
      <w:r w:rsidRPr="006913CC">
        <w:rPr>
          <w:lang w:val="de-DE"/>
        </w:rPr>
        <w:t>r:</w:t>
      </w:r>
    </w:p>
    <w:p w14:paraId="504CB534" w14:textId="4339881F" w:rsidR="006913CC" w:rsidRPr="006913CC" w:rsidRDefault="00144D9F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Freizeitaktivitäten</w:t>
      </w:r>
    </w:p>
    <w:p w14:paraId="1948722B" w14:textId="76846612" w:rsidR="006913CC" w:rsidRPr="006913CC" w:rsidRDefault="00000000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Vereine</w:t>
      </w:r>
    </w:p>
    <w:p w14:paraId="516F6E59" w14:textId="77777777" w:rsidR="006913CC" w:rsidRPr="006913CC" w:rsidRDefault="00000000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 w:rsidRPr="006913CC">
        <w:rPr>
          <w:lang w:val="de-DE"/>
        </w:rPr>
        <w:lastRenderedPageBreak/>
        <w:t>Schulangebote</w:t>
      </w:r>
    </w:p>
    <w:p w14:paraId="784AFB2E" w14:textId="77777777" w:rsidR="006913CC" w:rsidRDefault="00000000" w:rsidP="005D28CC">
      <w:pPr>
        <w:pStyle w:val="Listenabsatz"/>
        <w:numPr>
          <w:ilvl w:val="0"/>
          <w:numId w:val="13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SEA-</w:t>
      </w:r>
      <w:r w:rsidR="00144D9F" w:rsidRPr="006913CC">
        <w:rPr>
          <w:lang w:val="de-DE"/>
        </w:rPr>
        <w:t>Aktivitäten</w:t>
      </w:r>
      <w:r w:rsidRPr="006913CC">
        <w:rPr>
          <w:lang w:val="de-DE"/>
        </w:rPr>
        <w:br/>
        <w:t>Veranstaltungen</w:t>
      </w:r>
    </w:p>
    <w:p w14:paraId="20F2FF7D" w14:textId="77777777" w:rsidR="005D28CC" w:rsidRDefault="005D28CC" w:rsidP="005D28CC">
      <w:pPr>
        <w:spacing w:after="0"/>
        <w:jc w:val="both"/>
        <w:rPr>
          <w:b/>
          <w:bCs/>
          <w:lang w:val="de-DE"/>
        </w:rPr>
      </w:pPr>
    </w:p>
    <w:p w14:paraId="7147D327" w14:textId="6B7C7720" w:rsidR="005D28CC" w:rsidRDefault="00D3033D" w:rsidP="005D28CC">
      <w:pPr>
        <w:spacing w:after="120"/>
        <w:jc w:val="both"/>
        <w:rPr>
          <w:b/>
          <w:bCs/>
          <w:lang w:val="de-DE"/>
        </w:rPr>
      </w:pPr>
      <w:r w:rsidRPr="006913CC">
        <w:rPr>
          <w:b/>
          <w:bCs/>
          <w:lang w:val="de-DE"/>
        </w:rPr>
        <w:t>Phase 2</w:t>
      </w:r>
      <w:r>
        <w:rPr>
          <w:b/>
          <w:bCs/>
          <w:lang w:val="de-DE"/>
        </w:rPr>
        <w:t xml:space="preserve"> – </w:t>
      </w:r>
      <w:r w:rsidR="00000000" w:rsidRPr="006913CC">
        <w:rPr>
          <w:b/>
          <w:bCs/>
          <w:lang w:val="de-DE"/>
        </w:rPr>
        <w:t>Erweiterungsperspektive</w:t>
      </w:r>
      <w:r>
        <w:rPr>
          <w:b/>
          <w:bCs/>
          <w:lang w:val="de-DE"/>
        </w:rPr>
        <w:t xml:space="preserve"> </w:t>
      </w:r>
      <w:r w:rsidR="00000000" w:rsidRPr="006913CC">
        <w:rPr>
          <w:b/>
          <w:bCs/>
          <w:lang w:val="de-DE"/>
        </w:rPr>
        <w:t xml:space="preserve"> </w:t>
      </w:r>
    </w:p>
    <w:p w14:paraId="0CFF780B" w14:textId="7FB3A6CA" w:rsidR="006913CC" w:rsidRDefault="00000000" w:rsidP="005D28CC">
      <w:pPr>
        <w:spacing w:after="120"/>
        <w:jc w:val="both"/>
        <w:rPr>
          <w:lang w:val="de-DE"/>
        </w:rPr>
      </w:pPr>
      <w:r w:rsidRPr="006913CC">
        <w:rPr>
          <w:lang w:val="de-DE"/>
        </w:rPr>
        <w:t xml:space="preserve">Permanenter Ausbau der gesamten </w:t>
      </w:r>
      <w:r w:rsidR="00144D9F" w:rsidRPr="006913CC">
        <w:rPr>
          <w:lang w:val="de-DE"/>
        </w:rPr>
        <w:t>Fläche</w:t>
      </w:r>
      <w:r w:rsidRPr="006913CC">
        <w:rPr>
          <w:lang w:val="de-DE"/>
        </w:rPr>
        <w:t xml:space="preserve"> von etwa 85x27 m auf 4</w:t>
      </w:r>
      <w:r w:rsidR="005D28CC">
        <w:rPr>
          <w:lang w:val="de-DE"/>
        </w:rPr>
        <w:t xml:space="preserve"> </w:t>
      </w:r>
      <w:r w:rsidRPr="006913CC">
        <w:rPr>
          <w:lang w:val="de-DE"/>
        </w:rPr>
        <w:t>Beachvolleyballfelder, 2 Beachhandballfelder und mehreren Pétanque Bahnen</w:t>
      </w:r>
    </w:p>
    <w:p w14:paraId="085D4327" w14:textId="77777777" w:rsidR="006913CC" w:rsidRPr="006913CC" w:rsidRDefault="00000000" w:rsidP="005D28CC">
      <w:pPr>
        <w:pStyle w:val="Listenabsatz"/>
        <w:numPr>
          <w:ilvl w:val="0"/>
          <w:numId w:val="14"/>
        </w:numPr>
        <w:spacing w:after="0"/>
        <w:jc w:val="both"/>
        <w:rPr>
          <w:lang w:val="de-DE"/>
        </w:rPr>
      </w:pPr>
      <w:r w:rsidRPr="006913CC">
        <w:rPr>
          <w:lang w:val="de-DE"/>
        </w:rPr>
        <w:t xml:space="preserve">Anlage eines </w:t>
      </w:r>
      <w:r w:rsidR="00144D9F" w:rsidRPr="006913CC">
        <w:rPr>
          <w:lang w:val="de-DE"/>
        </w:rPr>
        <w:t>Barfußpfads</w:t>
      </w:r>
      <w:r w:rsidRPr="006913CC">
        <w:rPr>
          <w:lang w:val="de-DE"/>
        </w:rPr>
        <w:t xml:space="preserve"> (unterschiedliche Untergr</w:t>
      </w:r>
      <w:r w:rsidR="00144D9F" w:rsidRPr="006913CC">
        <w:rPr>
          <w:lang w:val="de-DE"/>
        </w:rPr>
        <w:t>ü</w:t>
      </w:r>
      <w:r w:rsidRPr="006913CC">
        <w:rPr>
          <w:lang w:val="de-DE"/>
        </w:rPr>
        <w:t>nde</w:t>
      </w:r>
      <w:r w:rsidR="006913CC" w:rsidRPr="006913CC">
        <w:rPr>
          <w:lang w:val="de-DE"/>
        </w:rPr>
        <w:t>)</w:t>
      </w:r>
    </w:p>
    <w:p w14:paraId="68AA4CE4" w14:textId="51AC6A69" w:rsidR="006913CC" w:rsidRPr="006913CC" w:rsidRDefault="00000000" w:rsidP="005D28CC">
      <w:pPr>
        <w:pStyle w:val="Listenabsatz"/>
        <w:numPr>
          <w:ilvl w:val="0"/>
          <w:numId w:val="14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Verbindung mit der bestehenden Sand</w:t>
      </w:r>
      <w:r w:rsidR="005D28CC">
        <w:rPr>
          <w:lang w:val="de-DE"/>
        </w:rPr>
        <w:t>f</w:t>
      </w:r>
      <w:r w:rsidR="00A36D9C">
        <w:rPr>
          <w:lang w:val="de-DE"/>
        </w:rPr>
        <w:t>läche</w:t>
      </w:r>
    </w:p>
    <w:p w14:paraId="73C69D70" w14:textId="77777777" w:rsidR="006913CC" w:rsidRDefault="00000000" w:rsidP="005D28CC">
      <w:pPr>
        <w:pStyle w:val="Listenabsatz"/>
        <w:numPr>
          <w:ilvl w:val="0"/>
          <w:numId w:val="14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Ausbau des Angebots im Bereich Gesundheit und Sinneserfahrung</w:t>
      </w:r>
    </w:p>
    <w:p w14:paraId="5280E508" w14:textId="77777777" w:rsidR="005D28CC" w:rsidRDefault="005D28CC" w:rsidP="005D28CC">
      <w:pPr>
        <w:spacing w:after="0"/>
        <w:jc w:val="both"/>
        <w:rPr>
          <w:lang w:val="de-DE"/>
        </w:rPr>
      </w:pPr>
    </w:p>
    <w:p w14:paraId="5F18589A" w14:textId="1077799B" w:rsidR="006913CC" w:rsidRDefault="00000000" w:rsidP="005D28CC">
      <w:pPr>
        <w:spacing w:after="120"/>
        <w:jc w:val="both"/>
        <w:rPr>
          <w:lang w:val="de-DE"/>
        </w:rPr>
      </w:pPr>
      <w:r w:rsidRPr="006913CC">
        <w:rPr>
          <w:lang w:val="de-DE"/>
        </w:rPr>
        <w:t>Das Projekt f</w:t>
      </w:r>
      <w:r w:rsidR="00144D9F" w:rsidRPr="006913CC">
        <w:rPr>
          <w:lang w:val="de-DE"/>
        </w:rPr>
        <w:t>ü</w:t>
      </w:r>
      <w:r w:rsidRPr="006913CC">
        <w:rPr>
          <w:lang w:val="de-DE"/>
        </w:rPr>
        <w:t>gt sich gezielt in bestehende kommunale Strategien ein:</w:t>
      </w:r>
    </w:p>
    <w:p w14:paraId="0D856FC1" w14:textId="226D8873" w:rsidR="006913CC" w:rsidRPr="006913CC" w:rsidRDefault="00000000" w:rsidP="005D28CC">
      <w:pPr>
        <w:pStyle w:val="Listenabsatz"/>
        <w:numPr>
          <w:ilvl w:val="0"/>
          <w:numId w:val="15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Pakt f</w:t>
      </w:r>
      <w:r w:rsidR="00144D9F" w:rsidRPr="006913CC">
        <w:rPr>
          <w:lang w:val="de-DE"/>
        </w:rPr>
        <w:t>ü</w:t>
      </w:r>
      <w:r w:rsidRPr="006913CC">
        <w:rPr>
          <w:lang w:val="de-DE"/>
        </w:rPr>
        <w:t>r das Zusammenleben</w:t>
      </w:r>
    </w:p>
    <w:p w14:paraId="2C9BECF0" w14:textId="3B9EB1FE" w:rsidR="006913CC" w:rsidRPr="006913CC" w:rsidRDefault="00000000" w:rsidP="005D28CC">
      <w:pPr>
        <w:pStyle w:val="Listenabsatz"/>
        <w:numPr>
          <w:ilvl w:val="0"/>
          <w:numId w:val="15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Pakt f</w:t>
      </w:r>
      <w:r w:rsidR="00144D9F" w:rsidRPr="006913CC">
        <w:rPr>
          <w:lang w:val="de-DE"/>
        </w:rPr>
        <w:t>ü</w:t>
      </w:r>
      <w:r w:rsidRPr="006913CC">
        <w:rPr>
          <w:lang w:val="de-DE"/>
        </w:rPr>
        <w:t>r Chancengleichheit</w:t>
      </w:r>
    </w:p>
    <w:p w14:paraId="1932D7FB" w14:textId="77777777" w:rsidR="006913CC" w:rsidRPr="006913CC" w:rsidRDefault="00000000" w:rsidP="005D28CC">
      <w:pPr>
        <w:pStyle w:val="Listenabsatz"/>
        <w:numPr>
          <w:ilvl w:val="0"/>
          <w:numId w:val="15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Natur- und Klimapakt</w:t>
      </w:r>
    </w:p>
    <w:p w14:paraId="408F192D" w14:textId="77777777" w:rsidR="005D28CC" w:rsidRDefault="00000000" w:rsidP="005D28CC">
      <w:pPr>
        <w:pStyle w:val="Listenabsatz"/>
        <w:numPr>
          <w:ilvl w:val="0"/>
          <w:numId w:val="15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Mobilit</w:t>
      </w:r>
      <w:r w:rsidR="00144D9F" w:rsidRPr="006913CC">
        <w:rPr>
          <w:lang w:val="de-DE"/>
        </w:rPr>
        <w:t>ä</w:t>
      </w:r>
      <w:r w:rsidRPr="006913CC">
        <w:rPr>
          <w:lang w:val="de-DE"/>
        </w:rPr>
        <w:t>tskonzept der Gemeinde</w:t>
      </w:r>
    </w:p>
    <w:p w14:paraId="3A47C3B7" w14:textId="332F81B0" w:rsidR="006913CC" w:rsidRDefault="00000000" w:rsidP="005D28CC">
      <w:pPr>
        <w:pStyle w:val="Listenabsatz"/>
        <w:spacing w:after="240"/>
        <w:jc w:val="both"/>
        <w:rPr>
          <w:lang w:val="de-DE"/>
        </w:rPr>
      </w:pPr>
      <w:r w:rsidRPr="006913CC">
        <w:rPr>
          <w:lang w:val="de-DE"/>
        </w:rPr>
        <w:br/>
        <w:t xml:space="preserve">Damit wird die Beach Sport Area Teil einer </w:t>
      </w:r>
      <w:r w:rsidR="00144D9F" w:rsidRPr="006913CC">
        <w:rPr>
          <w:lang w:val="de-DE"/>
        </w:rPr>
        <w:t>übergeordneten</w:t>
      </w:r>
      <w:r w:rsidRPr="006913CC">
        <w:rPr>
          <w:lang w:val="de-DE"/>
        </w:rPr>
        <w:t xml:space="preserve"> Entwicklung hin zu einer</w:t>
      </w:r>
      <w:r w:rsidR="006913CC" w:rsidRPr="006913CC">
        <w:rPr>
          <w:lang w:val="de-DE"/>
        </w:rPr>
        <w:t xml:space="preserve"> </w:t>
      </w:r>
      <w:r w:rsidRPr="006913CC">
        <w:rPr>
          <w:lang w:val="de-DE"/>
        </w:rPr>
        <w:t>gesunden, inklusiven und nachhaltigen Gemeinde</w:t>
      </w:r>
      <w:r w:rsidR="006913CC" w:rsidRPr="006913CC">
        <w:rPr>
          <w:lang w:val="de-DE"/>
        </w:rPr>
        <w:t>.</w:t>
      </w:r>
    </w:p>
    <w:p w14:paraId="0ED15793" w14:textId="77777777" w:rsidR="006913CC" w:rsidRDefault="00000000" w:rsidP="005D28CC">
      <w:pPr>
        <w:spacing w:after="120"/>
        <w:jc w:val="both"/>
        <w:rPr>
          <w:lang w:val="de-DE"/>
        </w:rPr>
      </w:pPr>
      <w:r w:rsidRPr="006913CC">
        <w:rPr>
          <w:lang w:val="de-DE"/>
        </w:rPr>
        <w:t xml:space="preserve">Zudem steht die Gemeinde vor einem deutlichen </w:t>
      </w:r>
      <w:r w:rsidR="00144D9F" w:rsidRPr="006913CC">
        <w:rPr>
          <w:lang w:val="de-DE"/>
        </w:rPr>
        <w:t>Bevölkerungswachstum</w:t>
      </w:r>
      <w:r w:rsidRPr="006913CC">
        <w:rPr>
          <w:lang w:val="de-DE"/>
        </w:rPr>
        <w:t xml:space="preserve"> (z. B. Projekt</w:t>
      </w:r>
      <w:r w:rsidR="006913CC" w:rsidRPr="006913CC">
        <w:rPr>
          <w:lang w:val="de-DE"/>
        </w:rPr>
        <w:t xml:space="preserve"> </w:t>
      </w:r>
      <w:proofErr w:type="spellStart"/>
      <w:r w:rsidRPr="006913CC">
        <w:rPr>
          <w:lang w:val="de-DE"/>
        </w:rPr>
        <w:t>Hierschterbierg</w:t>
      </w:r>
      <w:proofErr w:type="spellEnd"/>
      <w:r w:rsidRPr="006913CC">
        <w:rPr>
          <w:lang w:val="de-DE"/>
        </w:rPr>
        <w:t xml:space="preserve"> mit ca. 850 Wohneinheiten), wodurch der Bedarf an:</w:t>
      </w:r>
    </w:p>
    <w:p w14:paraId="12F12668" w14:textId="6598E2C3" w:rsidR="006913CC" w:rsidRPr="006913CC" w:rsidRDefault="00000000" w:rsidP="005D28CC">
      <w:pPr>
        <w:pStyle w:val="Listenabsatz"/>
        <w:numPr>
          <w:ilvl w:val="0"/>
          <w:numId w:val="16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Bewegungs</w:t>
      </w:r>
      <w:r w:rsidR="00D3033D">
        <w:rPr>
          <w:lang w:val="de-DE"/>
        </w:rPr>
        <w:t>f</w:t>
      </w:r>
      <w:r w:rsidR="00A36D9C">
        <w:rPr>
          <w:lang w:val="de-DE"/>
        </w:rPr>
        <w:t>läche</w:t>
      </w:r>
      <w:r w:rsidRPr="006913CC">
        <w:rPr>
          <w:lang w:val="de-DE"/>
        </w:rPr>
        <w:t>n</w:t>
      </w:r>
    </w:p>
    <w:p w14:paraId="657548A2" w14:textId="4CC59DD3" w:rsidR="006913CC" w:rsidRPr="006913CC" w:rsidRDefault="00000000" w:rsidP="005D28CC">
      <w:pPr>
        <w:pStyle w:val="Listenabsatz"/>
        <w:numPr>
          <w:ilvl w:val="0"/>
          <w:numId w:val="16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Begegnungs</w:t>
      </w:r>
      <w:r w:rsidR="005D28CC">
        <w:rPr>
          <w:lang w:val="de-DE"/>
        </w:rPr>
        <w:t>r</w:t>
      </w:r>
      <w:r w:rsidR="000E25F4">
        <w:rPr>
          <w:lang w:val="de-DE"/>
        </w:rPr>
        <w:t>äu</w:t>
      </w:r>
      <w:r w:rsidRPr="006913CC">
        <w:rPr>
          <w:lang w:val="de-DE"/>
        </w:rPr>
        <w:t>me</w:t>
      </w:r>
      <w:r w:rsidR="000E25F4">
        <w:rPr>
          <w:lang w:val="de-DE"/>
        </w:rPr>
        <w:t>n</w:t>
      </w:r>
    </w:p>
    <w:p w14:paraId="5B3279CE" w14:textId="77777777" w:rsidR="006913CC" w:rsidRPr="006913CC" w:rsidRDefault="00000000" w:rsidP="005D28CC">
      <w:pPr>
        <w:pStyle w:val="Listenabsatz"/>
        <w:numPr>
          <w:ilvl w:val="0"/>
          <w:numId w:val="16"/>
        </w:numPr>
        <w:spacing w:after="0"/>
        <w:jc w:val="both"/>
        <w:rPr>
          <w:lang w:val="de-DE"/>
        </w:rPr>
      </w:pPr>
      <w:r w:rsidRPr="006913CC">
        <w:rPr>
          <w:lang w:val="de-DE"/>
        </w:rPr>
        <w:t>niederschwelligen Freizeitangeboten</w:t>
      </w:r>
    </w:p>
    <w:p w14:paraId="530BB91B" w14:textId="77777777" w:rsidR="005D28CC" w:rsidRDefault="006913CC" w:rsidP="005D28CC">
      <w:pPr>
        <w:spacing w:after="0"/>
        <w:ind w:left="2160" w:firstLine="720"/>
        <w:jc w:val="both"/>
        <w:rPr>
          <w:lang w:val="de-DE"/>
        </w:rPr>
      </w:pPr>
      <w:r>
        <w:rPr>
          <w:lang w:val="de-DE"/>
        </w:rPr>
        <w:t xml:space="preserve"> </w:t>
      </w:r>
      <w:r>
        <w:rPr>
          <w:lang w:val="de-DE"/>
        </w:rPr>
        <w:tab/>
      </w:r>
      <w:r>
        <w:rPr>
          <w:lang w:val="de-DE"/>
        </w:rPr>
        <w:tab/>
      </w:r>
      <w:r w:rsidR="00000000" w:rsidRPr="006913CC">
        <w:rPr>
          <w:lang w:val="de-DE"/>
        </w:rPr>
        <w:t>weiter zunimmt.</w:t>
      </w:r>
    </w:p>
    <w:p w14:paraId="2BC40728" w14:textId="77777777" w:rsidR="005D28CC" w:rsidRDefault="00000000" w:rsidP="005D28CC">
      <w:pPr>
        <w:spacing w:after="0"/>
        <w:jc w:val="both"/>
        <w:rPr>
          <w:b/>
          <w:bCs/>
          <w:sz w:val="24"/>
          <w:szCs w:val="24"/>
          <w:lang w:val="de-DE"/>
        </w:rPr>
      </w:pPr>
      <w:r w:rsidRPr="006913CC">
        <w:rPr>
          <w:b/>
          <w:bCs/>
          <w:sz w:val="24"/>
          <w:szCs w:val="24"/>
          <w:lang w:val="de-DE"/>
        </w:rPr>
        <w:t>Ziele</w:t>
      </w:r>
      <w:r w:rsidR="00A6253C">
        <w:rPr>
          <w:b/>
          <w:bCs/>
          <w:sz w:val="24"/>
          <w:szCs w:val="24"/>
          <w:lang w:val="de-DE"/>
        </w:rPr>
        <w:t xml:space="preserve"> </w:t>
      </w:r>
      <w:r w:rsidR="000E25F4">
        <w:rPr>
          <w:b/>
          <w:bCs/>
          <w:sz w:val="24"/>
          <w:szCs w:val="24"/>
          <w:lang w:val="de-DE"/>
        </w:rPr>
        <w:t>und</w:t>
      </w:r>
      <w:r w:rsidR="00A6253C">
        <w:rPr>
          <w:b/>
          <w:bCs/>
          <w:sz w:val="24"/>
          <w:szCs w:val="24"/>
          <w:lang w:val="de-DE"/>
        </w:rPr>
        <w:t xml:space="preserve"> Perspektiven</w:t>
      </w:r>
      <w:r w:rsidRPr="006913CC">
        <w:rPr>
          <w:b/>
          <w:bCs/>
          <w:sz w:val="24"/>
          <w:szCs w:val="24"/>
          <w:lang w:val="de-DE"/>
        </w:rPr>
        <w:t xml:space="preserve"> des Projek</w:t>
      </w:r>
      <w:r w:rsidR="000E25F4">
        <w:rPr>
          <w:b/>
          <w:bCs/>
          <w:sz w:val="24"/>
          <w:szCs w:val="24"/>
          <w:lang w:val="de-DE"/>
        </w:rPr>
        <w:t>t</w:t>
      </w:r>
      <w:r w:rsidRPr="006913CC">
        <w:rPr>
          <w:b/>
          <w:bCs/>
          <w:sz w:val="24"/>
          <w:szCs w:val="24"/>
          <w:lang w:val="de-DE"/>
        </w:rPr>
        <w:t>s</w:t>
      </w:r>
    </w:p>
    <w:p w14:paraId="08D1081B" w14:textId="77777777" w:rsidR="005D28CC" w:rsidRDefault="00000000" w:rsidP="005D28CC">
      <w:pPr>
        <w:spacing w:after="0"/>
        <w:jc w:val="both"/>
        <w:rPr>
          <w:b/>
          <w:bCs/>
          <w:lang w:val="de-DE"/>
        </w:rPr>
      </w:pPr>
      <w:r w:rsidRPr="00144D9F">
        <w:rPr>
          <w:lang w:val="de-DE"/>
        </w:rPr>
        <w:br/>
      </w:r>
      <w:r w:rsidRPr="00A36D9C">
        <w:rPr>
          <w:b/>
          <w:bCs/>
          <w:lang w:val="de-DE"/>
        </w:rPr>
        <w:t xml:space="preserve">1. </w:t>
      </w:r>
      <w:r w:rsidR="006913CC" w:rsidRPr="00A36D9C">
        <w:rPr>
          <w:b/>
          <w:bCs/>
          <w:lang w:val="de-DE"/>
        </w:rPr>
        <w:t>Ö</w:t>
      </w:r>
      <w:r w:rsidRPr="00A36D9C">
        <w:rPr>
          <w:b/>
          <w:bCs/>
          <w:lang w:val="de-DE"/>
        </w:rPr>
        <w:t xml:space="preserve">ffnung der </w:t>
      </w:r>
      <w:r w:rsidR="00144D9F" w:rsidRPr="00A36D9C">
        <w:rPr>
          <w:b/>
          <w:bCs/>
          <w:lang w:val="de-DE"/>
        </w:rPr>
        <w:t>Fläche</w:t>
      </w:r>
      <w:r w:rsidRPr="00A36D9C">
        <w:rPr>
          <w:b/>
          <w:bCs/>
          <w:lang w:val="de-DE"/>
        </w:rPr>
        <w:t xml:space="preserve"> f</w:t>
      </w:r>
      <w:r w:rsidR="00144D9F" w:rsidRPr="00A36D9C">
        <w:rPr>
          <w:b/>
          <w:bCs/>
          <w:lang w:val="de-DE"/>
        </w:rPr>
        <w:t>ü</w:t>
      </w:r>
      <w:r w:rsidRPr="00A36D9C">
        <w:rPr>
          <w:b/>
          <w:bCs/>
          <w:lang w:val="de-DE"/>
        </w:rPr>
        <w:t xml:space="preserve">r die </w:t>
      </w:r>
      <w:r w:rsidR="00144D9F" w:rsidRPr="00A36D9C">
        <w:rPr>
          <w:b/>
          <w:bCs/>
          <w:lang w:val="de-DE"/>
        </w:rPr>
        <w:t>Bevölkerung</w:t>
      </w:r>
    </w:p>
    <w:p w14:paraId="4B8C1258" w14:textId="77777777" w:rsidR="005D28CC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br/>
        <w:t>Die Fl</w:t>
      </w:r>
      <w:r w:rsidR="006913CC">
        <w:rPr>
          <w:lang w:val="de-DE"/>
        </w:rPr>
        <w:t>ä</w:t>
      </w:r>
      <w:r w:rsidRPr="00144D9F">
        <w:rPr>
          <w:lang w:val="de-DE"/>
        </w:rPr>
        <w:t xml:space="preserve">che entwickelt sich von einer punktuellen Nutzung hin zu einem </w:t>
      </w:r>
      <w:r w:rsidR="00144D9F" w:rsidRPr="00144D9F">
        <w:rPr>
          <w:lang w:val="de-DE"/>
        </w:rPr>
        <w:t>regelmäßig</w:t>
      </w:r>
      <w:r w:rsidR="006913CC">
        <w:rPr>
          <w:lang w:val="de-DE"/>
        </w:rPr>
        <w:t xml:space="preserve"> </w:t>
      </w:r>
      <w:r w:rsidRPr="00144D9F">
        <w:rPr>
          <w:lang w:val="de-DE"/>
        </w:rPr>
        <w:t xml:space="preserve">zuganglichen Bewegungsraum </w:t>
      </w:r>
      <w:r w:rsidR="00A36D9C">
        <w:rPr>
          <w:lang w:val="de-DE"/>
        </w:rPr>
        <w:t>für</w:t>
      </w:r>
      <w:r w:rsidRPr="00144D9F">
        <w:rPr>
          <w:lang w:val="de-DE"/>
        </w:rPr>
        <w:t xml:space="preserve"> alle Generationen.</w:t>
      </w:r>
    </w:p>
    <w:p w14:paraId="717B989A" w14:textId="2321321C" w:rsidR="006913CC" w:rsidRPr="005D28CC" w:rsidRDefault="00000000" w:rsidP="005D28CC">
      <w:pPr>
        <w:spacing w:after="120"/>
        <w:jc w:val="both"/>
        <w:rPr>
          <w:lang w:val="de-DE"/>
        </w:rPr>
      </w:pPr>
      <w:r w:rsidRPr="00144D9F">
        <w:rPr>
          <w:lang w:val="de-DE"/>
        </w:rPr>
        <w:br/>
      </w:r>
      <w:r w:rsidRPr="00E06BAE">
        <w:rPr>
          <w:u w:val="single"/>
          <w:lang w:val="de-DE"/>
        </w:rPr>
        <w:t>Zielgruppen:</w:t>
      </w:r>
    </w:p>
    <w:p w14:paraId="42B2A5DA" w14:textId="60C2AFCD" w:rsidR="00A36D9C" w:rsidRPr="00A6253C" w:rsidRDefault="00000000" w:rsidP="005D28CC">
      <w:pPr>
        <w:spacing w:after="0"/>
        <w:jc w:val="both"/>
        <w:rPr>
          <w:lang w:val="de-DE"/>
        </w:rPr>
      </w:pPr>
      <w:r w:rsidRPr="00A6253C">
        <w:rPr>
          <w:b/>
          <w:bCs/>
          <w:lang w:val="de-DE"/>
        </w:rPr>
        <w:t>Senioren</w:t>
      </w:r>
      <w:r w:rsidR="00D72AAD">
        <w:rPr>
          <w:b/>
          <w:bCs/>
          <w:lang w:val="de-DE"/>
        </w:rPr>
        <w:t xml:space="preserve">innen und Senioren </w:t>
      </w:r>
    </w:p>
    <w:p w14:paraId="28CC0A2E" w14:textId="701F83EF" w:rsidR="006913CC" w:rsidRPr="00A6253C" w:rsidRDefault="00000000" w:rsidP="005D28CC">
      <w:pPr>
        <w:spacing w:after="0"/>
        <w:jc w:val="both"/>
        <w:rPr>
          <w:lang w:val="de-DE"/>
        </w:rPr>
      </w:pPr>
      <w:r w:rsidRPr="00A6253C">
        <w:rPr>
          <w:lang w:val="de-DE"/>
        </w:rPr>
        <w:t>niederschwellige Bewegung (z.B. P</w:t>
      </w:r>
      <w:r w:rsidR="00144D9F" w:rsidRPr="00A6253C">
        <w:rPr>
          <w:lang w:val="de-DE"/>
        </w:rPr>
        <w:t>é</w:t>
      </w:r>
      <w:r w:rsidRPr="00A6253C">
        <w:rPr>
          <w:lang w:val="de-DE"/>
        </w:rPr>
        <w:t>tanqu</w:t>
      </w:r>
      <w:r w:rsidR="00144D9F" w:rsidRPr="00A6253C">
        <w:rPr>
          <w:lang w:val="de-DE"/>
        </w:rPr>
        <w:t>e</w:t>
      </w:r>
      <w:r w:rsidR="006913CC" w:rsidRPr="00A6253C">
        <w:rPr>
          <w:lang w:val="de-DE"/>
        </w:rPr>
        <w:t xml:space="preserve"> </w:t>
      </w:r>
      <w:r w:rsidRPr="00A6253C">
        <w:rPr>
          <w:lang w:val="de-DE"/>
        </w:rPr>
        <w:t>Aktivit</w:t>
      </w:r>
      <w:r w:rsidR="00144D9F" w:rsidRPr="00A6253C">
        <w:rPr>
          <w:lang w:val="de-DE"/>
        </w:rPr>
        <w:t>ä</w:t>
      </w:r>
      <w:r w:rsidRPr="00A6253C">
        <w:rPr>
          <w:lang w:val="de-DE"/>
        </w:rPr>
        <w:t>t</w:t>
      </w:r>
      <w:r w:rsidR="006913CC" w:rsidRPr="00A6253C">
        <w:rPr>
          <w:lang w:val="de-DE"/>
        </w:rPr>
        <w:t>)</w:t>
      </w:r>
      <w:r w:rsidR="00A36D9C" w:rsidRPr="00A6253C">
        <w:rPr>
          <w:lang w:val="de-DE"/>
        </w:rPr>
        <w:t xml:space="preserve">, </w:t>
      </w:r>
      <w:r w:rsidR="00A36D9C" w:rsidRPr="00A6253C">
        <w:rPr>
          <w:lang w:val="de-DE"/>
        </w:rPr>
        <w:t>soziale Treffpunkte, F</w:t>
      </w:r>
      <w:r w:rsidR="00A36D9C" w:rsidRPr="00A6253C">
        <w:rPr>
          <w:lang w:val="de-DE"/>
        </w:rPr>
        <w:t>ö</w:t>
      </w:r>
      <w:r w:rsidR="00A36D9C" w:rsidRPr="00A6253C">
        <w:rPr>
          <w:lang w:val="de-DE"/>
        </w:rPr>
        <w:t>rderung von</w:t>
      </w:r>
      <w:r w:rsidR="00A36D9C" w:rsidRPr="00A6253C">
        <w:rPr>
          <w:lang w:val="de-DE"/>
        </w:rPr>
        <w:br/>
      </w:r>
      <w:r w:rsidR="00A36D9C" w:rsidRPr="00A6253C">
        <w:rPr>
          <w:lang w:val="de-DE"/>
        </w:rPr>
        <w:t>Aktivität</w:t>
      </w:r>
    </w:p>
    <w:p w14:paraId="1CDA8C1F" w14:textId="77777777" w:rsidR="00A36D9C" w:rsidRPr="00A6253C" w:rsidRDefault="00000000" w:rsidP="005D28CC">
      <w:pPr>
        <w:spacing w:after="0"/>
        <w:jc w:val="both"/>
        <w:rPr>
          <w:lang w:val="de-DE"/>
        </w:rPr>
      </w:pPr>
      <w:r w:rsidRPr="00A6253C">
        <w:rPr>
          <w:b/>
          <w:bCs/>
          <w:lang w:val="de-DE"/>
        </w:rPr>
        <w:t>Jugendliche</w:t>
      </w:r>
      <w:r w:rsidRPr="00A6253C">
        <w:rPr>
          <w:lang w:val="de-DE"/>
        </w:rPr>
        <w:t xml:space="preserve"> (schwer erreichbare Zielgruppe)</w:t>
      </w:r>
    </w:p>
    <w:p w14:paraId="729E0649" w14:textId="33EBF27D" w:rsidR="00A36D9C" w:rsidRPr="00A6253C" w:rsidRDefault="00000000" w:rsidP="005D28CC">
      <w:pPr>
        <w:spacing w:after="0"/>
        <w:jc w:val="both"/>
        <w:rPr>
          <w:lang w:val="de-DE"/>
        </w:rPr>
      </w:pPr>
      <w:r w:rsidRPr="00A6253C">
        <w:rPr>
          <w:lang w:val="de-DE"/>
        </w:rPr>
        <w:t>frei zug</w:t>
      </w:r>
      <w:r w:rsidR="00144D9F" w:rsidRPr="00A6253C">
        <w:rPr>
          <w:lang w:val="de-DE"/>
        </w:rPr>
        <w:t>ä</w:t>
      </w:r>
      <w:r w:rsidRPr="00A6253C">
        <w:rPr>
          <w:lang w:val="de-DE"/>
        </w:rPr>
        <w:t>nglicher Raum ohne Vereinsbindung, informelle Sportm</w:t>
      </w:r>
      <w:r w:rsidR="00144D9F" w:rsidRPr="00A6253C">
        <w:rPr>
          <w:lang w:val="de-DE"/>
        </w:rPr>
        <w:t>ö</w:t>
      </w:r>
      <w:r w:rsidRPr="00A6253C">
        <w:rPr>
          <w:lang w:val="de-DE"/>
        </w:rPr>
        <w:t>glichkeiten,</w:t>
      </w:r>
      <w:r w:rsidR="00A36D9C" w:rsidRPr="00A6253C">
        <w:rPr>
          <w:lang w:val="de-DE"/>
        </w:rPr>
        <w:t xml:space="preserve"> </w:t>
      </w:r>
      <w:r w:rsidRPr="00A6253C">
        <w:rPr>
          <w:lang w:val="de-DE"/>
        </w:rPr>
        <w:t>Treffpunkt</w:t>
      </w:r>
      <w:r w:rsidR="00A36D9C" w:rsidRPr="00A6253C">
        <w:rPr>
          <w:lang w:val="de-DE"/>
        </w:rPr>
        <w:t xml:space="preserve"> </w:t>
      </w:r>
      <w:r w:rsidR="00A36D9C" w:rsidRPr="00A36D9C">
        <w:rPr>
          <w:lang w:val="de-DE"/>
        </w:rPr>
        <w:sym w:font="Wingdings" w:char="F0E0"/>
      </w:r>
      <w:r w:rsidR="00A36D9C" w:rsidRPr="00A6253C">
        <w:rPr>
          <w:lang w:val="de-DE"/>
        </w:rPr>
        <w:t xml:space="preserve"> ganz im Sinne des Schulbildungsprojekts, </w:t>
      </w:r>
      <w:r w:rsidR="00963D2F">
        <w:rPr>
          <w:lang w:val="de-DE"/>
        </w:rPr>
        <w:t xml:space="preserve">Ziel: </w:t>
      </w:r>
      <w:r w:rsidR="00A36D9C" w:rsidRPr="00A6253C">
        <w:rPr>
          <w:lang w:val="de-DE"/>
        </w:rPr>
        <w:t>Heranwachsende weg vom Bildschirm hin zum freien Sport zu motivieren</w:t>
      </w:r>
    </w:p>
    <w:p w14:paraId="37BE2701" w14:textId="77777777" w:rsidR="00A36D9C" w:rsidRPr="00A6253C" w:rsidRDefault="00A36D9C" w:rsidP="005D28CC">
      <w:pPr>
        <w:spacing w:after="0"/>
        <w:jc w:val="both"/>
        <w:rPr>
          <w:lang w:val="de-DE"/>
        </w:rPr>
      </w:pPr>
      <w:r w:rsidRPr="00A6253C">
        <w:rPr>
          <w:b/>
          <w:bCs/>
          <w:lang w:val="de-DE"/>
        </w:rPr>
        <w:t>E</w:t>
      </w:r>
      <w:r w:rsidR="00000000" w:rsidRPr="00A6253C">
        <w:rPr>
          <w:b/>
          <w:bCs/>
          <w:lang w:val="de-DE"/>
        </w:rPr>
        <w:t xml:space="preserve">rwachsene </w:t>
      </w:r>
      <w:r w:rsidR="00000000" w:rsidRPr="00A6253C">
        <w:rPr>
          <w:lang w:val="de-DE"/>
        </w:rPr>
        <w:t>(30-60 Jahre)</w:t>
      </w:r>
    </w:p>
    <w:p w14:paraId="20B9C252" w14:textId="77777777" w:rsidR="005D28CC" w:rsidRDefault="00000000" w:rsidP="005D28CC">
      <w:pPr>
        <w:spacing w:after="120"/>
        <w:jc w:val="both"/>
        <w:rPr>
          <w:lang w:val="de-DE"/>
        </w:rPr>
      </w:pPr>
      <w:r w:rsidRPr="00A6253C">
        <w:rPr>
          <w:lang w:val="de-DE"/>
        </w:rPr>
        <w:t xml:space="preserve">flexible Nutzung </w:t>
      </w:r>
      <w:r w:rsidR="00144D9F" w:rsidRPr="00A6253C">
        <w:rPr>
          <w:lang w:val="de-DE"/>
        </w:rPr>
        <w:t>außerhalb</w:t>
      </w:r>
      <w:r w:rsidRPr="00A6253C">
        <w:rPr>
          <w:lang w:val="de-DE"/>
        </w:rPr>
        <w:t xml:space="preserve"> von Vereinsstrukturen</w:t>
      </w:r>
      <w:r w:rsidR="00A36D9C" w:rsidRPr="00A6253C">
        <w:rPr>
          <w:lang w:val="de-DE"/>
        </w:rPr>
        <w:t xml:space="preserve"> </w:t>
      </w:r>
      <w:r w:rsidR="00A36D9C" w:rsidRPr="00A6253C">
        <w:rPr>
          <w:lang w:val="de-DE"/>
        </w:rPr>
        <w:t>spontane Aktivität nach</w:t>
      </w:r>
      <w:r w:rsidRPr="00A6253C">
        <w:rPr>
          <w:lang w:val="de-DE"/>
        </w:rPr>
        <w:t>,</w:t>
      </w:r>
      <w:r w:rsidR="00A36D9C" w:rsidRPr="00A6253C">
        <w:rPr>
          <w:lang w:val="de-DE"/>
        </w:rPr>
        <w:t xml:space="preserve"> </w:t>
      </w:r>
      <w:r w:rsidRPr="00A6253C">
        <w:rPr>
          <w:lang w:val="de-DE"/>
        </w:rPr>
        <w:t>Feierabend oder am Wochenende</w:t>
      </w:r>
    </w:p>
    <w:p w14:paraId="6BBB054A" w14:textId="6E572881" w:rsidR="00A36D9C" w:rsidRPr="00A6253C" w:rsidRDefault="00000000" w:rsidP="005D28CC">
      <w:pPr>
        <w:spacing w:after="120"/>
        <w:jc w:val="both"/>
        <w:rPr>
          <w:lang w:val="de-DE"/>
        </w:rPr>
      </w:pPr>
      <w:r w:rsidRPr="00A6253C">
        <w:rPr>
          <w:lang w:val="de-DE"/>
        </w:rPr>
        <w:br/>
      </w:r>
      <w:r w:rsidRPr="00A6253C">
        <w:rPr>
          <w:b/>
          <w:bCs/>
          <w:lang w:val="de-DE"/>
        </w:rPr>
        <w:t>2. St</w:t>
      </w:r>
      <w:r w:rsidR="00144D9F" w:rsidRPr="00A6253C">
        <w:rPr>
          <w:b/>
          <w:bCs/>
          <w:lang w:val="de-DE"/>
        </w:rPr>
        <w:t>ä</w:t>
      </w:r>
      <w:r w:rsidRPr="00A6253C">
        <w:rPr>
          <w:b/>
          <w:bCs/>
          <w:lang w:val="de-DE"/>
        </w:rPr>
        <w:t>rkung der lokalen Gemeinschaft</w:t>
      </w:r>
    </w:p>
    <w:p w14:paraId="7FB9B95B" w14:textId="77777777" w:rsidR="00A36D9C" w:rsidRPr="00A36D9C" w:rsidRDefault="00000000" w:rsidP="005D28CC">
      <w:pPr>
        <w:pStyle w:val="Listenabsatz"/>
        <w:numPr>
          <w:ilvl w:val="0"/>
          <w:numId w:val="17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Treffpunkt f</w:t>
      </w:r>
      <w:r w:rsidR="00A36D9C" w:rsidRPr="00A36D9C">
        <w:rPr>
          <w:lang w:val="de-DE"/>
        </w:rPr>
        <w:t>ü</w:t>
      </w:r>
      <w:r w:rsidRPr="00A36D9C">
        <w:rPr>
          <w:lang w:val="de-DE"/>
        </w:rPr>
        <w:t>r die Bev</w:t>
      </w:r>
      <w:r w:rsidR="00144D9F" w:rsidRPr="00A36D9C">
        <w:rPr>
          <w:lang w:val="de-DE"/>
        </w:rPr>
        <w:t>ö</w:t>
      </w:r>
      <w:r w:rsidRPr="00A36D9C">
        <w:rPr>
          <w:lang w:val="de-DE"/>
        </w:rPr>
        <w:t xml:space="preserve">lkerung </w:t>
      </w:r>
      <w:r w:rsidRPr="00A36D9C">
        <w:rPr>
          <w:b/>
          <w:bCs/>
          <w:lang w:val="de-DE"/>
        </w:rPr>
        <w:t>statt prim</w:t>
      </w:r>
      <w:r w:rsidR="00144D9F" w:rsidRPr="00A36D9C">
        <w:rPr>
          <w:b/>
          <w:bCs/>
          <w:lang w:val="de-DE"/>
        </w:rPr>
        <w:t>ä</w:t>
      </w:r>
      <w:r w:rsidRPr="00A36D9C">
        <w:rPr>
          <w:b/>
          <w:bCs/>
          <w:lang w:val="de-DE"/>
        </w:rPr>
        <w:t>r externer</w:t>
      </w:r>
      <w:r w:rsidRPr="00A36D9C">
        <w:rPr>
          <w:lang w:val="de-DE"/>
        </w:rPr>
        <w:t xml:space="preserve"> Nutzung</w:t>
      </w:r>
    </w:p>
    <w:p w14:paraId="5C32F8F7" w14:textId="77777777" w:rsidR="00A36D9C" w:rsidRPr="00A36D9C" w:rsidRDefault="00000000" w:rsidP="005D28CC">
      <w:pPr>
        <w:pStyle w:val="Listenabsatz"/>
        <w:numPr>
          <w:ilvl w:val="0"/>
          <w:numId w:val="17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F</w:t>
      </w:r>
      <w:r w:rsidR="00144D9F" w:rsidRPr="00A36D9C">
        <w:rPr>
          <w:lang w:val="de-DE"/>
        </w:rPr>
        <w:t>ö</w:t>
      </w:r>
      <w:r w:rsidRPr="00A36D9C">
        <w:rPr>
          <w:lang w:val="de-DE"/>
        </w:rPr>
        <w:t>rderung von Vereinsleben und Ehrenamt</w:t>
      </w:r>
    </w:p>
    <w:p w14:paraId="17DA215B" w14:textId="6B9661D6" w:rsidR="00A36D9C" w:rsidRDefault="00000000" w:rsidP="005D28CC">
      <w:pPr>
        <w:pStyle w:val="Listenabsatz"/>
        <w:numPr>
          <w:ilvl w:val="0"/>
          <w:numId w:val="17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Einbindung lokaler Akteure</w:t>
      </w:r>
      <w:r w:rsidR="00A36D9C" w:rsidRPr="00A36D9C">
        <w:rPr>
          <w:lang w:val="de-DE"/>
        </w:rPr>
        <w:t xml:space="preserve"> (Bsp. HC Berchem</w:t>
      </w:r>
      <w:r w:rsidR="00D3033D">
        <w:rPr>
          <w:lang w:val="de-DE"/>
        </w:rPr>
        <w:t>,</w:t>
      </w:r>
      <w:r w:rsidR="00A36D9C" w:rsidRPr="00A36D9C">
        <w:rPr>
          <w:lang w:val="de-DE"/>
        </w:rPr>
        <w:t xml:space="preserve"> SK </w:t>
      </w:r>
      <w:proofErr w:type="spellStart"/>
      <w:r w:rsidR="00A36D9C" w:rsidRPr="00A36D9C">
        <w:rPr>
          <w:lang w:val="de-DE"/>
        </w:rPr>
        <w:t>Réiser</w:t>
      </w:r>
      <w:proofErr w:type="spellEnd"/>
      <w:r w:rsidR="00A36D9C" w:rsidRPr="00A36D9C">
        <w:rPr>
          <w:lang w:val="de-DE"/>
        </w:rPr>
        <w:t>)</w:t>
      </w:r>
    </w:p>
    <w:p w14:paraId="7A5DBC9D" w14:textId="77777777" w:rsidR="00D3033D" w:rsidRDefault="00000000" w:rsidP="005D28CC">
      <w:pPr>
        <w:pStyle w:val="Listenabsatz"/>
        <w:numPr>
          <w:ilvl w:val="0"/>
          <w:numId w:val="17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Begegnung zwischen Generationen</w:t>
      </w:r>
    </w:p>
    <w:p w14:paraId="7762477C" w14:textId="35402F27" w:rsidR="00A36D9C" w:rsidRDefault="00000000" w:rsidP="005D28CC">
      <w:pPr>
        <w:pStyle w:val="Listenabsatz"/>
        <w:numPr>
          <w:ilvl w:val="0"/>
          <w:numId w:val="17"/>
        </w:numPr>
        <w:spacing w:after="0"/>
        <w:jc w:val="both"/>
        <w:rPr>
          <w:lang w:val="de-DE"/>
        </w:rPr>
      </w:pPr>
      <w:r w:rsidRPr="00A36D9C">
        <w:rPr>
          <w:lang w:val="de-DE"/>
        </w:rPr>
        <w:t xml:space="preserve">Gemeinsame Nutzung einer offenen </w:t>
      </w:r>
      <w:r w:rsidR="00A36D9C">
        <w:rPr>
          <w:lang w:val="de-DE"/>
        </w:rPr>
        <w:t>Fläche</w:t>
      </w:r>
    </w:p>
    <w:p w14:paraId="7B1B4845" w14:textId="77777777" w:rsidR="005D28CC" w:rsidRDefault="005D28CC" w:rsidP="005D28CC">
      <w:pPr>
        <w:pStyle w:val="Listenabsatz"/>
        <w:spacing w:after="0"/>
        <w:jc w:val="both"/>
        <w:rPr>
          <w:lang w:val="de-DE"/>
        </w:rPr>
      </w:pPr>
    </w:p>
    <w:p w14:paraId="26317BF0" w14:textId="4CB9448B" w:rsidR="00A36D9C" w:rsidRPr="00A36D9C" w:rsidRDefault="00000000" w:rsidP="005D28CC">
      <w:pPr>
        <w:spacing w:after="120"/>
        <w:jc w:val="both"/>
        <w:rPr>
          <w:b/>
          <w:bCs/>
          <w:lang w:val="de-DE"/>
        </w:rPr>
      </w:pPr>
      <w:r w:rsidRPr="00A36D9C">
        <w:rPr>
          <w:b/>
          <w:bCs/>
          <w:lang w:val="de-DE"/>
        </w:rPr>
        <w:t>3. F</w:t>
      </w:r>
      <w:r w:rsidR="00A36D9C" w:rsidRPr="00A36D9C">
        <w:rPr>
          <w:b/>
          <w:bCs/>
          <w:lang w:val="de-DE"/>
        </w:rPr>
        <w:t>ö</w:t>
      </w:r>
      <w:r w:rsidRPr="00A36D9C">
        <w:rPr>
          <w:b/>
          <w:bCs/>
          <w:lang w:val="de-DE"/>
        </w:rPr>
        <w:t>rderung von niederschwelligem Sport</w:t>
      </w:r>
      <w:r w:rsidR="00A36D9C" w:rsidRPr="00A36D9C">
        <w:rPr>
          <w:b/>
          <w:bCs/>
          <w:lang w:val="de-DE"/>
        </w:rPr>
        <w:t xml:space="preserve"> </w:t>
      </w:r>
    </w:p>
    <w:p w14:paraId="17C02BC0" w14:textId="77777777" w:rsidR="00A36D9C" w:rsidRPr="00A36D9C" w:rsidRDefault="00000000" w:rsidP="005D28CC">
      <w:pPr>
        <w:pStyle w:val="Listenabsatz"/>
        <w:numPr>
          <w:ilvl w:val="0"/>
          <w:numId w:val="18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frei zug</w:t>
      </w:r>
      <w:r w:rsidR="00A36D9C" w:rsidRPr="00A36D9C">
        <w:rPr>
          <w:lang w:val="de-DE"/>
        </w:rPr>
        <w:t>ä</w:t>
      </w:r>
      <w:r w:rsidRPr="00A36D9C">
        <w:rPr>
          <w:lang w:val="de-DE"/>
        </w:rPr>
        <w:t>ngliche Angebote</w:t>
      </w:r>
    </w:p>
    <w:p w14:paraId="24B698FE" w14:textId="77777777" w:rsidR="00A36D9C" w:rsidRPr="00A36D9C" w:rsidRDefault="00000000" w:rsidP="005D28CC">
      <w:pPr>
        <w:pStyle w:val="Listenabsatz"/>
        <w:numPr>
          <w:ilvl w:val="0"/>
          <w:numId w:val="18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Nutzung ohne Vereinsbindung</w:t>
      </w:r>
    </w:p>
    <w:p w14:paraId="5ACEADA1" w14:textId="1160752C" w:rsidR="00996E86" w:rsidRDefault="00000000" w:rsidP="005D28CC">
      <w:pPr>
        <w:pStyle w:val="Listenabsatz"/>
        <w:numPr>
          <w:ilvl w:val="0"/>
          <w:numId w:val="18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mehr Bewegung im Alltag</w:t>
      </w:r>
    </w:p>
    <w:p w14:paraId="72A7D053" w14:textId="77777777" w:rsidR="005D28CC" w:rsidRPr="00A36D9C" w:rsidRDefault="005D28CC" w:rsidP="005D28CC">
      <w:pPr>
        <w:pStyle w:val="Listenabsatz"/>
        <w:spacing w:after="0"/>
        <w:jc w:val="both"/>
        <w:rPr>
          <w:lang w:val="de-DE"/>
        </w:rPr>
      </w:pPr>
    </w:p>
    <w:p w14:paraId="3448FD94" w14:textId="77777777" w:rsidR="005D28CC" w:rsidRDefault="00000000" w:rsidP="005D28CC">
      <w:pPr>
        <w:spacing w:after="120"/>
        <w:jc w:val="both"/>
        <w:rPr>
          <w:b/>
          <w:bCs/>
          <w:lang w:val="de-DE"/>
        </w:rPr>
      </w:pPr>
      <w:r w:rsidRPr="00A36D9C">
        <w:rPr>
          <w:b/>
          <w:bCs/>
          <w:lang w:val="de-DE"/>
        </w:rPr>
        <w:t>4. Gesundheitsf</w:t>
      </w:r>
      <w:r w:rsidR="00144D9F" w:rsidRPr="00A36D9C">
        <w:rPr>
          <w:b/>
          <w:bCs/>
          <w:lang w:val="de-DE"/>
        </w:rPr>
        <w:t>ö</w:t>
      </w:r>
      <w:r w:rsidRPr="00A36D9C">
        <w:rPr>
          <w:b/>
          <w:bCs/>
          <w:lang w:val="de-DE"/>
        </w:rPr>
        <w:t>rderung und Pr</w:t>
      </w:r>
      <w:r w:rsidR="00144D9F" w:rsidRPr="00A36D9C">
        <w:rPr>
          <w:b/>
          <w:bCs/>
          <w:lang w:val="de-DE"/>
        </w:rPr>
        <w:t>ä</w:t>
      </w:r>
      <w:r w:rsidRPr="00A36D9C">
        <w:rPr>
          <w:b/>
          <w:bCs/>
          <w:lang w:val="de-DE"/>
        </w:rPr>
        <w:t>vention</w:t>
      </w:r>
    </w:p>
    <w:p w14:paraId="1A70D843" w14:textId="50FA7AE1" w:rsidR="00A36D9C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>Die Sandsport</w:t>
      </w:r>
      <w:r w:rsidR="00A36D9C">
        <w:rPr>
          <w:lang w:val="de-DE"/>
        </w:rPr>
        <w:t>fläche</w:t>
      </w:r>
      <w:r w:rsidRPr="00144D9F">
        <w:rPr>
          <w:lang w:val="de-DE"/>
        </w:rPr>
        <w:t xml:space="preserve"> eignet sich besonders </w:t>
      </w:r>
      <w:r w:rsidR="00A36D9C">
        <w:rPr>
          <w:lang w:val="de-DE"/>
        </w:rPr>
        <w:t>für</w:t>
      </w:r>
    </w:p>
    <w:p w14:paraId="3D7352D8" w14:textId="77777777" w:rsidR="00A36D9C" w:rsidRPr="00A36D9C" w:rsidRDefault="00000000" w:rsidP="005D28CC">
      <w:pPr>
        <w:pStyle w:val="Listenabsatz"/>
        <w:numPr>
          <w:ilvl w:val="0"/>
          <w:numId w:val="19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Fitnesskurse im Freien</w:t>
      </w:r>
    </w:p>
    <w:p w14:paraId="0B41C274" w14:textId="77777777" w:rsidR="00A36D9C" w:rsidRPr="00A36D9C" w:rsidRDefault="00000000" w:rsidP="005D28CC">
      <w:pPr>
        <w:pStyle w:val="Listenabsatz"/>
        <w:numPr>
          <w:ilvl w:val="0"/>
          <w:numId w:val="19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Mobilit</w:t>
      </w:r>
      <w:r w:rsidR="00144D9F" w:rsidRPr="00A36D9C">
        <w:rPr>
          <w:lang w:val="de-DE"/>
        </w:rPr>
        <w:t>ä</w:t>
      </w:r>
      <w:r w:rsidRPr="00A36D9C">
        <w:rPr>
          <w:lang w:val="de-DE"/>
        </w:rPr>
        <w:t>ts- und Beweglichkeitskurse</w:t>
      </w:r>
    </w:p>
    <w:p w14:paraId="2CA508D9" w14:textId="77777777" w:rsidR="00A36D9C" w:rsidRDefault="00000000" w:rsidP="005D28CC">
      <w:pPr>
        <w:pStyle w:val="Listenabsatz"/>
        <w:numPr>
          <w:ilvl w:val="0"/>
          <w:numId w:val="19"/>
        </w:numPr>
        <w:spacing w:after="120"/>
        <w:jc w:val="both"/>
        <w:rPr>
          <w:lang w:val="de-DE"/>
        </w:rPr>
      </w:pPr>
      <w:r w:rsidRPr="00A36D9C">
        <w:rPr>
          <w:lang w:val="de-DE"/>
        </w:rPr>
        <w:t>Stabilisations- und Pr</w:t>
      </w:r>
      <w:r w:rsidR="00144D9F" w:rsidRPr="00A36D9C">
        <w:rPr>
          <w:lang w:val="de-DE"/>
        </w:rPr>
        <w:t>ä</w:t>
      </w:r>
      <w:r w:rsidRPr="00A36D9C">
        <w:rPr>
          <w:lang w:val="de-DE"/>
        </w:rPr>
        <w:t>ventionstrainin</w:t>
      </w:r>
      <w:r w:rsidR="00A36D9C">
        <w:rPr>
          <w:lang w:val="de-DE"/>
        </w:rPr>
        <w:t>g</w:t>
      </w:r>
    </w:p>
    <w:p w14:paraId="298DF1CF" w14:textId="7055F501" w:rsidR="00A36D9C" w:rsidRPr="00A36D9C" w:rsidRDefault="00000000" w:rsidP="005D28CC">
      <w:pPr>
        <w:spacing w:after="0"/>
        <w:jc w:val="both"/>
        <w:rPr>
          <w:b/>
          <w:bCs/>
          <w:lang w:val="de-DE"/>
        </w:rPr>
      </w:pPr>
      <w:r w:rsidRPr="00A36D9C">
        <w:rPr>
          <w:b/>
          <w:bCs/>
          <w:lang w:val="de-DE"/>
        </w:rPr>
        <w:t>Vorteile von Training auf Sand:</w:t>
      </w:r>
    </w:p>
    <w:p w14:paraId="624229F3" w14:textId="77777777" w:rsidR="00A36D9C" w:rsidRPr="00A36D9C" w:rsidRDefault="00000000" w:rsidP="005D28CC">
      <w:pPr>
        <w:pStyle w:val="Listenabsatz"/>
        <w:numPr>
          <w:ilvl w:val="0"/>
          <w:numId w:val="20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Aktivierung zus</w:t>
      </w:r>
      <w:r w:rsidR="00144D9F" w:rsidRPr="00A36D9C">
        <w:rPr>
          <w:lang w:val="de-DE"/>
        </w:rPr>
        <w:t>ä</w:t>
      </w:r>
      <w:r w:rsidRPr="00A36D9C">
        <w:rPr>
          <w:lang w:val="de-DE"/>
        </w:rPr>
        <w:t>tzlicher Muskelgruppen</w:t>
      </w:r>
    </w:p>
    <w:p w14:paraId="7E1B2950" w14:textId="77777777" w:rsidR="00A36D9C" w:rsidRPr="00A36D9C" w:rsidRDefault="00000000" w:rsidP="005D28CC">
      <w:pPr>
        <w:pStyle w:val="Listenabsatz"/>
        <w:numPr>
          <w:ilvl w:val="0"/>
          <w:numId w:val="20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geringere Gelenkbelastung</w:t>
      </w:r>
    </w:p>
    <w:p w14:paraId="4EF54C2C" w14:textId="77777777" w:rsidR="00A36D9C" w:rsidRPr="00A36D9C" w:rsidRDefault="00000000" w:rsidP="005D28CC">
      <w:pPr>
        <w:pStyle w:val="Listenabsatz"/>
        <w:numPr>
          <w:ilvl w:val="0"/>
          <w:numId w:val="20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F</w:t>
      </w:r>
      <w:r w:rsidR="00A36D9C" w:rsidRPr="00A36D9C">
        <w:rPr>
          <w:lang w:val="de-DE"/>
        </w:rPr>
        <w:t>ö</w:t>
      </w:r>
      <w:r w:rsidRPr="00A36D9C">
        <w:rPr>
          <w:lang w:val="de-DE"/>
        </w:rPr>
        <w:t>rderung von Gleichgewicht und Koordination</w:t>
      </w:r>
    </w:p>
    <w:p w14:paraId="6430661D" w14:textId="77777777" w:rsidR="00A36D9C" w:rsidRDefault="00A36D9C" w:rsidP="005D28CC">
      <w:pPr>
        <w:pStyle w:val="Listenabsatz"/>
        <w:numPr>
          <w:ilvl w:val="0"/>
          <w:numId w:val="20"/>
        </w:numPr>
        <w:spacing w:after="0"/>
        <w:jc w:val="both"/>
        <w:rPr>
          <w:lang w:val="de-DE"/>
        </w:rPr>
      </w:pPr>
      <w:r w:rsidRPr="00A36D9C">
        <w:rPr>
          <w:lang w:val="de-DE"/>
        </w:rPr>
        <w:t xml:space="preserve">Verletzungsprophylaxe </w:t>
      </w:r>
    </w:p>
    <w:p w14:paraId="0D2B74C9" w14:textId="77777777" w:rsidR="00A36D9C" w:rsidRPr="00A36D9C" w:rsidRDefault="00000000" w:rsidP="005D28CC">
      <w:pPr>
        <w:pStyle w:val="Listenabsatz"/>
        <w:numPr>
          <w:ilvl w:val="0"/>
          <w:numId w:val="20"/>
        </w:numPr>
        <w:spacing w:after="0"/>
        <w:jc w:val="both"/>
        <w:rPr>
          <w:lang w:val="de-DE"/>
        </w:rPr>
      </w:pPr>
      <w:r w:rsidRPr="00A36D9C">
        <w:rPr>
          <w:lang w:val="de-DE"/>
        </w:rPr>
        <w:t xml:space="preserve">geeignet </w:t>
      </w:r>
      <w:r w:rsidR="00A36D9C" w:rsidRPr="00A36D9C">
        <w:rPr>
          <w:lang w:val="de-DE"/>
        </w:rPr>
        <w:t>für</w:t>
      </w:r>
      <w:r w:rsidRPr="00A36D9C">
        <w:rPr>
          <w:lang w:val="de-DE"/>
        </w:rPr>
        <w:t xml:space="preserve"> alle Altersgruppen und Trainingslevels</w:t>
      </w:r>
    </w:p>
    <w:p w14:paraId="5BF10823" w14:textId="77777777" w:rsidR="005D28CC" w:rsidRDefault="005D28CC" w:rsidP="005D28CC">
      <w:pPr>
        <w:spacing w:after="0"/>
        <w:jc w:val="both"/>
        <w:rPr>
          <w:lang w:val="de-DE"/>
        </w:rPr>
      </w:pPr>
    </w:p>
    <w:p w14:paraId="211C3F3B" w14:textId="6F34E98F" w:rsidR="00A36D9C" w:rsidRDefault="00000000" w:rsidP="005D28CC">
      <w:pPr>
        <w:spacing w:after="120"/>
        <w:jc w:val="both"/>
        <w:rPr>
          <w:lang w:val="de-DE"/>
        </w:rPr>
      </w:pPr>
      <w:r w:rsidRPr="00A36D9C">
        <w:rPr>
          <w:lang w:val="de-DE"/>
        </w:rPr>
        <w:t xml:space="preserve">Mittelfristige Erweiterung: Ein </w:t>
      </w:r>
      <w:r w:rsidR="00AF62A1" w:rsidRPr="00A36D9C">
        <w:rPr>
          <w:lang w:val="de-DE"/>
        </w:rPr>
        <w:t>Barfußpfad</w:t>
      </w:r>
      <w:r w:rsidRPr="00A36D9C">
        <w:rPr>
          <w:lang w:val="de-DE"/>
        </w:rPr>
        <w:t xml:space="preserve"> </w:t>
      </w:r>
      <w:r w:rsidR="00AF62A1" w:rsidRPr="00A36D9C">
        <w:rPr>
          <w:lang w:val="de-DE"/>
        </w:rPr>
        <w:t>stärkt</w:t>
      </w:r>
      <w:r w:rsidRPr="00A36D9C">
        <w:rPr>
          <w:lang w:val="de-DE"/>
        </w:rPr>
        <w:t xml:space="preserve"> </w:t>
      </w:r>
      <w:r w:rsidR="00AF62A1" w:rsidRPr="00A36D9C">
        <w:rPr>
          <w:lang w:val="de-DE"/>
        </w:rPr>
        <w:t>zusätzlich</w:t>
      </w:r>
      <w:r w:rsidRPr="00A36D9C">
        <w:rPr>
          <w:lang w:val="de-DE"/>
        </w:rPr>
        <w:t>:</w:t>
      </w:r>
    </w:p>
    <w:p w14:paraId="1EEDDAC0" w14:textId="77777777" w:rsidR="00A36D9C" w:rsidRPr="00A36D9C" w:rsidRDefault="00AF62A1" w:rsidP="005D28CC">
      <w:pPr>
        <w:pStyle w:val="Listenabsatz"/>
        <w:numPr>
          <w:ilvl w:val="0"/>
          <w:numId w:val="21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Fußmuskulatur</w:t>
      </w:r>
    </w:p>
    <w:p w14:paraId="4E5D05AB" w14:textId="77777777" w:rsidR="00A36D9C" w:rsidRPr="00A36D9C" w:rsidRDefault="00000000" w:rsidP="005D28CC">
      <w:pPr>
        <w:pStyle w:val="Listenabsatz"/>
        <w:numPr>
          <w:ilvl w:val="0"/>
          <w:numId w:val="21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Gleichgewicht</w:t>
      </w:r>
    </w:p>
    <w:p w14:paraId="389A8DB8" w14:textId="77777777" w:rsidR="00A36D9C" w:rsidRDefault="00000000" w:rsidP="005D28CC">
      <w:pPr>
        <w:pStyle w:val="Listenabsatz"/>
        <w:numPr>
          <w:ilvl w:val="0"/>
          <w:numId w:val="21"/>
        </w:numPr>
        <w:spacing w:after="0"/>
        <w:jc w:val="both"/>
        <w:rPr>
          <w:lang w:val="de-DE"/>
        </w:rPr>
      </w:pPr>
      <w:r w:rsidRPr="00A36D9C">
        <w:rPr>
          <w:lang w:val="de-DE"/>
        </w:rPr>
        <w:t>sensorische Wahrnehmung</w:t>
      </w:r>
    </w:p>
    <w:p w14:paraId="3BEA9391" w14:textId="77777777" w:rsidR="005D28CC" w:rsidRDefault="005D28CC" w:rsidP="005D28CC">
      <w:pPr>
        <w:pStyle w:val="Listenabsatz"/>
        <w:spacing w:after="0"/>
        <w:jc w:val="both"/>
        <w:rPr>
          <w:lang w:val="de-DE"/>
        </w:rPr>
      </w:pPr>
    </w:p>
    <w:p w14:paraId="221026B1" w14:textId="1DB8DFDB" w:rsidR="00E06BAE" w:rsidRDefault="00A6253C" w:rsidP="005D28CC">
      <w:pPr>
        <w:spacing w:after="120"/>
        <w:jc w:val="both"/>
        <w:rPr>
          <w:b/>
          <w:bCs/>
          <w:lang w:val="de-DE"/>
        </w:rPr>
      </w:pPr>
      <w:r>
        <w:rPr>
          <w:b/>
          <w:bCs/>
          <w:lang w:val="de-DE"/>
        </w:rPr>
        <w:t>5. Möglichkeiten eines Beachvolleyballvereins</w:t>
      </w:r>
    </w:p>
    <w:p w14:paraId="7507BA6C" w14:textId="2089ECA3" w:rsidR="00A6253C" w:rsidRPr="00D72AAD" w:rsidRDefault="00A6253C" w:rsidP="005D28CC">
      <w:pPr>
        <w:spacing w:after="0"/>
        <w:jc w:val="both"/>
        <w:rPr>
          <w:lang w:val="de-DE"/>
        </w:rPr>
      </w:pPr>
      <w:r w:rsidRPr="00A6253C">
        <w:rPr>
          <w:lang w:val="de-DE"/>
        </w:rPr>
        <w:t xml:space="preserve">In Luxembourg </w:t>
      </w:r>
      <w:r w:rsidRPr="00A6253C">
        <w:rPr>
          <w:b/>
          <w:bCs/>
          <w:lang w:val="de-DE"/>
        </w:rPr>
        <w:t>entstehen die ersten Beachvolleyball</w:t>
      </w:r>
      <w:r>
        <w:rPr>
          <w:b/>
          <w:bCs/>
          <w:lang w:val="de-DE"/>
        </w:rPr>
        <w:t>v</w:t>
      </w:r>
      <w:r w:rsidRPr="00A6253C">
        <w:rPr>
          <w:b/>
          <w:bCs/>
          <w:lang w:val="de-DE"/>
        </w:rPr>
        <w:t>ereine</w:t>
      </w:r>
      <w:r w:rsidRPr="00A6253C">
        <w:rPr>
          <w:lang w:val="de-DE"/>
        </w:rPr>
        <w:t xml:space="preserve"> (s</w:t>
      </w:r>
      <w:r w:rsidR="00963D2F">
        <w:rPr>
          <w:lang w:val="de-DE"/>
        </w:rPr>
        <w:t>iehe</w:t>
      </w:r>
      <w:r w:rsidRPr="00A6253C">
        <w:rPr>
          <w:lang w:val="de-DE"/>
        </w:rPr>
        <w:t xml:space="preserve"> </w:t>
      </w:r>
      <w:r w:rsidRPr="00963D2F">
        <w:rPr>
          <w:i/>
          <w:iCs/>
          <w:lang w:val="de-DE"/>
        </w:rPr>
        <w:t>Beach de Lux</w:t>
      </w:r>
      <w:r w:rsidRPr="00A6253C">
        <w:rPr>
          <w:lang w:val="de-DE"/>
        </w:rPr>
        <w:t xml:space="preserve"> in </w:t>
      </w:r>
      <w:proofErr w:type="spellStart"/>
      <w:r w:rsidRPr="00A6253C">
        <w:rPr>
          <w:lang w:val="de-DE"/>
        </w:rPr>
        <w:t>Lintgen</w:t>
      </w:r>
      <w:proofErr w:type="spellEnd"/>
      <w:r w:rsidRPr="00A6253C">
        <w:rPr>
          <w:lang w:val="de-DE"/>
        </w:rPr>
        <w:t>)</w:t>
      </w:r>
      <w:r>
        <w:rPr>
          <w:lang w:val="de-DE"/>
        </w:rPr>
        <w:t>. Es werden zurzeit Projekte mit dem Sportministerium besprochen, die Sportart „Beachvolleyball“ in Luxembourg auszubaue</w:t>
      </w:r>
      <w:r w:rsidR="00ED58AD">
        <w:rPr>
          <w:lang w:val="de-DE"/>
        </w:rPr>
        <w:t>n, in Vereinsstrukturen zu verankern und Wettkämpfe</w:t>
      </w:r>
      <w:r w:rsidR="00963D2F">
        <w:rPr>
          <w:lang w:val="de-DE"/>
        </w:rPr>
        <w:t xml:space="preserve"> ab der Kategorie U13</w:t>
      </w:r>
      <w:r w:rsidR="00ED58AD">
        <w:rPr>
          <w:lang w:val="de-DE"/>
        </w:rPr>
        <w:t xml:space="preserve"> anzubieten</w:t>
      </w:r>
      <w:r>
        <w:rPr>
          <w:lang w:val="de-DE"/>
        </w:rPr>
        <w:t xml:space="preserve">, sodass diese zu einem festen Bestandteil der luxemburgischen Sportlandschaft wird. </w:t>
      </w:r>
      <w:r w:rsidR="00D72AAD" w:rsidRPr="00D72AAD">
        <w:rPr>
          <w:lang w:val="de-DE"/>
        </w:rPr>
        <w:t xml:space="preserve">Die Anlage könnte den Grundstein für die Gründung eines Beachvolleyballvereins legen oder in das Angebot eines bestehenden Volleyballvereins (SK </w:t>
      </w:r>
      <w:proofErr w:type="spellStart"/>
      <w:r w:rsidR="00D72AAD" w:rsidRPr="00D72AAD">
        <w:rPr>
          <w:lang w:val="de-DE"/>
        </w:rPr>
        <w:t>Réiser</w:t>
      </w:r>
      <w:proofErr w:type="spellEnd"/>
      <w:r w:rsidR="00D72AAD" w:rsidRPr="00D72AAD">
        <w:rPr>
          <w:lang w:val="de-DE"/>
        </w:rPr>
        <w:t>) integriert werden.</w:t>
      </w:r>
      <w:r w:rsidR="00D72AAD">
        <w:rPr>
          <w:lang w:val="de-DE"/>
        </w:rPr>
        <w:t xml:space="preserve"> D</w:t>
      </w:r>
      <w:r w:rsidR="00D72AAD" w:rsidRPr="00D72AAD">
        <w:rPr>
          <w:lang w:val="de-DE"/>
        </w:rPr>
        <w:t>adurch würde der kommunalen und regionalen Bevölkerung dauerhaft eine zusätzliche Sportmöglichkeit zur Verfügung stehen.</w:t>
      </w:r>
    </w:p>
    <w:p w14:paraId="00DDF74D" w14:textId="77777777" w:rsidR="005D28CC" w:rsidRDefault="005D28CC" w:rsidP="005D28CC">
      <w:pPr>
        <w:spacing w:after="0"/>
        <w:jc w:val="both"/>
        <w:rPr>
          <w:b/>
          <w:bCs/>
          <w:lang w:val="de-DE"/>
        </w:rPr>
      </w:pPr>
    </w:p>
    <w:p w14:paraId="4952DC14" w14:textId="312C058E" w:rsidR="00E06BAE" w:rsidRDefault="00000000" w:rsidP="005D28CC">
      <w:pPr>
        <w:spacing w:after="0"/>
        <w:jc w:val="both"/>
        <w:rPr>
          <w:lang w:val="de-DE"/>
        </w:rPr>
      </w:pPr>
      <w:r w:rsidRPr="00A36D9C">
        <w:rPr>
          <w:b/>
          <w:bCs/>
          <w:lang w:val="de-DE"/>
        </w:rPr>
        <w:t>6. F</w:t>
      </w:r>
      <w:r w:rsidR="00AF62A1" w:rsidRPr="00A36D9C">
        <w:rPr>
          <w:b/>
          <w:bCs/>
          <w:lang w:val="de-DE"/>
        </w:rPr>
        <w:t>ö</w:t>
      </w:r>
      <w:r w:rsidRPr="00A36D9C">
        <w:rPr>
          <w:b/>
          <w:bCs/>
          <w:lang w:val="de-DE"/>
        </w:rPr>
        <w:t>rderung der mentalen Gesundheit und des Wohlbefindens</w:t>
      </w:r>
      <w:r w:rsidR="00E06BAE">
        <w:rPr>
          <w:b/>
          <w:bCs/>
          <w:lang w:val="de-DE"/>
        </w:rPr>
        <w:t xml:space="preserve"> mit und durch Sport </w:t>
      </w:r>
      <w:r w:rsidRPr="00A36D9C">
        <w:rPr>
          <w:b/>
          <w:bCs/>
          <w:lang w:val="de-DE"/>
        </w:rPr>
        <w:br/>
      </w:r>
      <w:r w:rsidRPr="00A36D9C">
        <w:rPr>
          <w:lang w:val="de-DE"/>
        </w:rPr>
        <w:br/>
        <w:t xml:space="preserve">Das Projekt bietet </w:t>
      </w:r>
      <w:r w:rsidR="00AF62A1" w:rsidRPr="00A36D9C">
        <w:rPr>
          <w:lang w:val="de-DE"/>
        </w:rPr>
        <w:t>großes</w:t>
      </w:r>
      <w:r w:rsidRPr="00A36D9C">
        <w:rPr>
          <w:lang w:val="de-DE"/>
        </w:rPr>
        <w:t xml:space="preserve"> Potenzial f</w:t>
      </w:r>
      <w:r w:rsidR="00AF62A1" w:rsidRPr="00A36D9C">
        <w:rPr>
          <w:lang w:val="de-DE"/>
        </w:rPr>
        <w:t>ü</w:t>
      </w:r>
      <w:r w:rsidRPr="00A36D9C">
        <w:rPr>
          <w:lang w:val="de-DE"/>
        </w:rPr>
        <w:t>r:</w:t>
      </w:r>
    </w:p>
    <w:p w14:paraId="22E45D7C" w14:textId="77777777" w:rsidR="00E06BAE" w:rsidRPr="00E06BAE" w:rsidRDefault="00000000" w:rsidP="005D28CC">
      <w:pPr>
        <w:pStyle w:val="Listenabsatz"/>
        <w:numPr>
          <w:ilvl w:val="0"/>
          <w:numId w:val="22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Yoga- und Entspannungskurse</w:t>
      </w:r>
    </w:p>
    <w:p w14:paraId="162B7860" w14:textId="77777777" w:rsidR="00E06BAE" w:rsidRPr="00E06BAE" w:rsidRDefault="00000000" w:rsidP="005D28CC">
      <w:pPr>
        <w:pStyle w:val="Listenabsatz"/>
        <w:numPr>
          <w:ilvl w:val="0"/>
          <w:numId w:val="22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Atem- und Achtsamkeit</w:t>
      </w:r>
      <w:r w:rsidR="00AF62A1" w:rsidRPr="00E06BAE">
        <w:rPr>
          <w:lang w:val="de-DE"/>
        </w:rPr>
        <w:t>sü</w:t>
      </w:r>
      <w:r w:rsidRPr="00E06BAE">
        <w:rPr>
          <w:lang w:val="de-DE"/>
        </w:rPr>
        <w:t>bungen</w:t>
      </w:r>
      <w:r w:rsidR="00AF62A1" w:rsidRPr="00E06BAE">
        <w:rPr>
          <w:lang w:val="de-DE"/>
        </w:rPr>
        <w:t xml:space="preserve"> </w:t>
      </w:r>
    </w:p>
    <w:p w14:paraId="681AD4A6" w14:textId="73F580EF" w:rsidR="00E06BAE" w:rsidRPr="00E06BAE" w:rsidRDefault="00000000" w:rsidP="005D28CC">
      <w:pPr>
        <w:pStyle w:val="Listenabsatz"/>
        <w:numPr>
          <w:ilvl w:val="0"/>
          <w:numId w:val="22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Regenerationsangebot</w:t>
      </w:r>
      <w:r w:rsidR="00E06BAE">
        <w:rPr>
          <w:lang w:val="de-DE"/>
        </w:rPr>
        <w:t>e</w:t>
      </w:r>
    </w:p>
    <w:p w14:paraId="332CB5DF" w14:textId="77777777" w:rsidR="00E06BAE" w:rsidRDefault="00000000" w:rsidP="005D28CC">
      <w:pPr>
        <w:pStyle w:val="Listenabsatz"/>
        <w:numPr>
          <w:ilvl w:val="0"/>
          <w:numId w:val="22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ruhige Aufenthaltsbereiche</w:t>
      </w:r>
    </w:p>
    <w:p w14:paraId="60464059" w14:textId="77777777" w:rsidR="005D28CC" w:rsidRDefault="005D28CC" w:rsidP="005D28CC">
      <w:pPr>
        <w:pStyle w:val="Listenabsatz"/>
        <w:spacing w:after="0"/>
        <w:jc w:val="both"/>
        <w:rPr>
          <w:lang w:val="de-DE"/>
        </w:rPr>
      </w:pPr>
    </w:p>
    <w:p w14:paraId="0AE728F7" w14:textId="77777777" w:rsidR="00963D2F" w:rsidRDefault="00000000" w:rsidP="005D28CC">
      <w:pPr>
        <w:spacing w:after="0"/>
        <w:jc w:val="both"/>
        <w:rPr>
          <w:lang w:val="de-DE"/>
        </w:rPr>
      </w:pPr>
      <w:r w:rsidRPr="00E06BAE">
        <w:rPr>
          <w:lang w:val="de-DE"/>
        </w:rPr>
        <w:t xml:space="preserve">Bewegung in der Natur wirkt nachweislich </w:t>
      </w:r>
      <w:r w:rsidRPr="00E06BAE">
        <w:rPr>
          <w:b/>
          <w:bCs/>
          <w:lang w:val="de-DE"/>
        </w:rPr>
        <w:t>stressreduzierend</w:t>
      </w:r>
      <w:r w:rsidRPr="00E06BAE">
        <w:rPr>
          <w:lang w:val="de-DE"/>
        </w:rPr>
        <w:t xml:space="preserve"> und </w:t>
      </w:r>
      <w:r w:rsidRPr="00E06BAE">
        <w:rPr>
          <w:b/>
          <w:bCs/>
          <w:lang w:val="de-DE"/>
        </w:rPr>
        <w:t>ausgleichend</w:t>
      </w:r>
      <w:r w:rsidRPr="00E06BAE">
        <w:rPr>
          <w:lang w:val="de-DE"/>
        </w:rPr>
        <w:t>.</w:t>
      </w:r>
    </w:p>
    <w:p w14:paraId="676CFEF3" w14:textId="5B489774" w:rsidR="00E06BAE" w:rsidRDefault="00000000" w:rsidP="005D28CC">
      <w:pPr>
        <w:spacing w:after="0"/>
        <w:jc w:val="both"/>
        <w:rPr>
          <w:lang w:val="de-DE"/>
        </w:rPr>
      </w:pPr>
      <w:r w:rsidRPr="00E06BAE">
        <w:rPr>
          <w:lang w:val="de-DE"/>
        </w:rPr>
        <w:br/>
        <w:t>Die Kombination aus:</w:t>
      </w:r>
    </w:p>
    <w:p w14:paraId="1E704381" w14:textId="77777777" w:rsidR="00E06BAE" w:rsidRPr="00E06BAE" w:rsidRDefault="00000000" w:rsidP="005D28CC">
      <w:pPr>
        <w:pStyle w:val="Listenabsatz"/>
        <w:numPr>
          <w:ilvl w:val="0"/>
          <w:numId w:val="23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Sand</w:t>
      </w:r>
      <w:r w:rsidR="00E06BAE" w:rsidRPr="00E06BAE">
        <w:rPr>
          <w:lang w:val="de-DE"/>
        </w:rPr>
        <w:t>f</w:t>
      </w:r>
      <w:r w:rsidR="00A36D9C" w:rsidRPr="00E06BAE">
        <w:rPr>
          <w:lang w:val="de-DE"/>
        </w:rPr>
        <w:t>läche</w:t>
      </w:r>
    </w:p>
    <w:p w14:paraId="2C5C12C5" w14:textId="77777777" w:rsidR="00E06BAE" w:rsidRPr="00E06BAE" w:rsidRDefault="00000000" w:rsidP="005D28CC">
      <w:pPr>
        <w:pStyle w:val="Listenabsatz"/>
        <w:numPr>
          <w:ilvl w:val="0"/>
          <w:numId w:val="23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Waldumfeld</w:t>
      </w:r>
    </w:p>
    <w:p w14:paraId="19A3C844" w14:textId="77777777" w:rsidR="00ED58AD" w:rsidRDefault="00000000" w:rsidP="005D28CC">
      <w:pPr>
        <w:pStyle w:val="Listenabsatz"/>
        <w:numPr>
          <w:ilvl w:val="0"/>
          <w:numId w:val="23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(zuk</w:t>
      </w:r>
      <w:r w:rsidR="00144D9F" w:rsidRPr="00E06BAE">
        <w:rPr>
          <w:lang w:val="de-DE"/>
        </w:rPr>
        <w:t>ü</w:t>
      </w:r>
      <w:r w:rsidRPr="00E06BAE">
        <w:rPr>
          <w:lang w:val="de-DE"/>
        </w:rPr>
        <w:t xml:space="preserve">nftigem) </w:t>
      </w:r>
      <w:r w:rsidR="00AF62A1" w:rsidRPr="00E06BAE">
        <w:rPr>
          <w:lang w:val="de-DE"/>
        </w:rPr>
        <w:t>Barfußpfad</w:t>
      </w:r>
    </w:p>
    <w:p w14:paraId="6DB6803D" w14:textId="021F8861" w:rsidR="00996E86" w:rsidRDefault="00000000" w:rsidP="005D28CC">
      <w:pPr>
        <w:spacing w:after="0"/>
        <w:ind w:left="720" w:firstLine="360"/>
        <w:jc w:val="both"/>
        <w:rPr>
          <w:lang w:val="de-DE"/>
        </w:rPr>
      </w:pPr>
      <w:r w:rsidRPr="00ED58AD">
        <w:rPr>
          <w:lang w:val="de-DE"/>
        </w:rPr>
        <w:t xml:space="preserve">ergibt einen </w:t>
      </w:r>
      <w:r w:rsidRPr="00ED58AD">
        <w:rPr>
          <w:b/>
          <w:bCs/>
          <w:lang w:val="de-DE"/>
        </w:rPr>
        <w:t>ganzheitlichen Gesundheitsansatz f</w:t>
      </w:r>
      <w:r w:rsidR="00144D9F" w:rsidRPr="00ED58AD">
        <w:rPr>
          <w:b/>
          <w:bCs/>
          <w:lang w:val="de-DE"/>
        </w:rPr>
        <w:t>ü</w:t>
      </w:r>
      <w:r w:rsidRPr="00ED58AD">
        <w:rPr>
          <w:b/>
          <w:bCs/>
          <w:lang w:val="de-DE"/>
        </w:rPr>
        <w:t>r K</w:t>
      </w:r>
      <w:r w:rsidR="00AF62A1" w:rsidRPr="00ED58AD">
        <w:rPr>
          <w:b/>
          <w:bCs/>
          <w:lang w:val="de-DE"/>
        </w:rPr>
        <w:t>ö</w:t>
      </w:r>
      <w:r w:rsidRPr="00ED58AD">
        <w:rPr>
          <w:b/>
          <w:bCs/>
          <w:lang w:val="de-DE"/>
        </w:rPr>
        <w:t>rper und Geist</w:t>
      </w:r>
      <w:r w:rsidRPr="00ED58AD">
        <w:rPr>
          <w:lang w:val="de-DE"/>
        </w:rPr>
        <w:t>.</w:t>
      </w:r>
    </w:p>
    <w:p w14:paraId="65FFB61B" w14:textId="77777777" w:rsidR="005D28CC" w:rsidRPr="00ED58AD" w:rsidRDefault="005D28CC" w:rsidP="005D28CC">
      <w:pPr>
        <w:spacing w:after="0"/>
        <w:ind w:left="720" w:firstLine="360"/>
        <w:jc w:val="both"/>
        <w:rPr>
          <w:lang w:val="de-DE"/>
        </w:rPr>
      </w:pPr>
    </w:p>
    <w:p w14:paraId="2D9C7CF2" w14:textId="77777777" w:rsidR="005D28CC" w:rsidRDefault="00000000" w:rsidP="005D28CC">
      <w:pPr>
        <w:spacing w:after="120"/>
        <w:jc w:val="both"/>
        <w:rPr>
          <w:b/>
          <w:bCs/>
          <w:lang w:val="de-DE"/>
        </w:rPr>
      </w:pPr>
      <w:r w:rsidRPr="00E06BAE">
        <w:rPr>
          <w:b/>
          <w:bCs/>
          <w:lang w:val="de-DE"/>
        </w:rPr>
        <w:t>7. Beitrag zu Gemeindeprogrammen</w:t>
      </w:r>
    </w:p>
    <w:p w14:paraId="00447EFA" w14:textId="67722805" w:rsidR="00E06BAE" w:rsidRPr="005D28CC" w:rsidRDefault="00000000" w:rsidP="005D28CC">
      <w:pPr>
        <w:spacing w:after="120"/>
        <w:jc w:val="both"/>
        <w:rPr>
          <w:b/>
          <w:bCs/>
          <w:lang w:val="de-DE"/>
        </w:rPr>
      </w:pPr>
      <w:r w:rsidRPr="00144D9F">
        <w:rPr>
          <w:lang w:val="de-DE"/>
        </w:rPr>
        <w:t>Das Projekt unterst</w:t>
      </w:r>
      <w:r w:rsidR="00144D9F">
        <w:rPr>
          <w:lang w:val="de-DE"/>
        </w:rPr>
        <w:t>ü</w:t>
      </w:r>
      <w:r w:rsidRPr="00144D9F">
        <w:rPr>
          <w:lang w:val="de-DE"/>
        </w:rPr>
        <w:t>tzt konkret:</w:t>
      </w:r>
    </w:p>
    <w:p w14:paraId="29AF170F" w14:textId="3D14569E" w:rsidR="00E06BAE" w:rsidRPr="00E06BAE" w:rsidRDefault="00000000" w:rsidP="005D28CC">
      <w:pPr>
        <w:pStyle w:val="Listenabsatz"/>
        <w:numPr>
          <w:ilvl w:val="0"/>
          <w:numId w:val="24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Zusammenleben: Begegnungsort f</w:t>
      </w:r>
      <w:r w:rsidR="00144D9F" w:rsidRPr="00E06BAE">
        <w:rPr>
          <w:lang w:val="de-DE"/>
        </w:rPr>
        <w:t>ü</w:t>
      </w:r>
      <w:r w:rsidRPr="00E06BAE">
        <w:rPr>
          <w:lang w:val="de-DE"/>
        </w:rPr>
        <w:t>r alle Generationen und Kulturen</w:t>
      </w:r>
    </w:p>
    <w:p w14:paraId="4E0CDF06" w14:textId="77777777" w:rsidR="00E06BAE" w:rsidRPr="00E06BAE" w:rsidRDefault="00000000" w:rsidP="005D28CC">
      <w:pPr>
        <w:pStyle w:val="Listenabsatz"/>
        <w:numPr>
          <w:ilvl w:val="0"/>
          <w:numId w:val="24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Chancengleichheit: Zugang ohne finanzielle H</w:t>
      </w:r>
      <w:r w:rsidR="00AF62A1" w:rsidRPr="00E06BAE">
        <w:rPr>
          <w:lang w:val="de-DE"/>
        </w:rPr>
        <w:t>ü</w:t>
      </w:r>
      <w:r w:rsidRPr="00E06BAE">
        <w:rPr>
          <w:lang w:val="de-DE"/>
        </w:rPr>
        <w:t>rden</w:t>
      </w:r>
    </w:p>
    <w:p w14:paraId="6187ADD8" w14:textId="77777777" w:rsidR="00E06BAE" w:rsidRDefault="00000000" w:rsidP="005D28CC">
      <w:pPr>
        <w:pStyle w:val="Listenabsatz"/>
        <w:numPr>
          <w:ilvl w:val="0"/>
          <w:numId w:val="24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Natur- und Klimapakt: Nutzung naturnaher Infrastruktur</w:t>
      </w:r>
    </w:p>
    <w:p w14:paraId="1542EE45" w14:textId="2F874F4D" w:rsidR="00E06BAE" w:rsidRDefault="00E06BAE" w:rsidP="005D28CC">
      <w:pPr>
        <w:pStyle w:val="Listenabsatz"/>
        <w:numPr>
          <w:ilvl w:val="0"/>
          <w:numId w:val="24"/>
        </w:numPr>
        <w:spacing w:after="0"/>
        <w:jc w:val="both"/>
        <w:rPr>
          <w:lang w:val="de-DE"/>
        </w:rPr>
      </w:pPr>
      <w:r>
        <w:rPr>
          <w:lang w:val="de-DE"/>
        </w:rPr>
        <w:t>Gesundheits</w:t>
      </w:r>
      <w:r w:rsidR="00D72AAD">
        <w:rPr>
          <w:lang w:val="de-DE"/>
        </w:rPr>
        <w:t xml:space="preserve">förderung </w:t>
      </w:r>
      <w:r>
        <w:rPr>
          <w:lang w:val="de-DE"/>
        </w:rPr>
        <w:t xml:space="preserve">der Bevölkerung </w:t>
      </w:r>
    </w:p>
    <w:p w14:paraId="4D2DDDA2" w14:textId="77777777" w:rsidR="005D28CC" w:rsidRDefault="005D28CC" w:rsidP="005D28CC">
      <w:pPr>
        <w:pStyle w:val="Listenabsatz"/>
        <w:spacing w:after="0"/>
        <w:jc w:val="both"/>
        <w:rPr>
          <w:lang w:val="de-DE"/>
        </w:rPr>
      </w:pPr>
    </w:p>
    <w:p w14:paraId="4FD58070" w14:textId="77777777" w:rsidR="005D28CC" w:rsidRPr="005D28CC" w:rsidRDefault="00000000" w:rsidP="005D28CC">
      <w:pPr>
        <w:spacing w:after="120"/>
        <w:jc w:val="both"/>
        <w:rPr>
          <w:b/>
          <w:bCs/>
          <w:lang w:val="de-DE"/>
        </w:rPr>
      </w:pPr>
      <w:r w:rsidRPr="005D28CC">
        <w:rPr>
          <w:b/>
          <w:bCs/>
          <w:lang w:val="de-DE"/>
        </w:rPr>
        <w:t>8. F</w:t>
      </w:r>
      <w:r w:rsidR="00AF62A1" w:rsidRPr="005D28CC">
        <w:rPr>
          <w:b/>
          <w:bCs/>
          <w:lang w:val="de-DE"/>
        </w:rPr>
        <w:t>ö</w:t>
      </w:r>
      <w:r w:rsidRPr="005D28CC">
        <w:rPr>
          <w:b/>
          <w:bCs/>
          <w:lang w:val="de-DE"/>
        </w:rPr>
        <w:t>rderung sanfter Mobilit</w:t>
      </w:r>
      <w:r w:rsidR="00AF62A1" w:rsidRPr="005D28CC">
        <w:rPr>
          <w:b/>
          <w:bCs/>
          <w:lang w:val="de-DE"/>
        </w:rPr>
        <w:t>ä</w:t>
      </w:r>
      <w:r w:rsidRPr="005D28CC">
        <w:rPr>
          <w:b/>
          <w:bCs/>
          <w:lang w:val="de-DE"/>
        </w:rPr>
        <w:t>t</w:t>
      </w:r>
    </w:p>
    <w:p w14:paraId="5874D1B5" w14:textId="53F3ECEF" w:rsidR="00E06BAE" w:rsidRDefault="00000000" w:rsidP="005D28CC">
      <w:pPr>
        <w:spacing w:after="120"/>
        <w:jc w:val="both"/>
        <w:rPr>
          <w:lang w:val="de-DE"/>
        </w:rPr>
      </w:pPr>
      <w:r w:rsidRPr="00E06BAE">
        <w:rPr>
          <w:lang w:val="de-DE"/>
        </w:rPr>
        <w:t>Das Projekt unterst</w:t>
      </w:r>
      <w:r w:rsidR="00144D9F" w:rsidRPr="00E06BAE">
        <w:rPr>
          <w:lang w:val="de-DE"/>
        </w:rPr>
        <w:t>ü</w:t>
      </w:r>
      <w:r w:rsidRPr="00E06BAE">
        <w:rPr>
          <w:lang w:val="de-DE"/>
        </w:rPr>
        <w:t>tzt das Mobilit</w:t>
      </w:r>
      <w:r w:rsidR="00AF62A1" w:rsidRPr="00E06BAE">
        <w:rPr>
          <w:lang w:val="de-DE"/>
        </w:rPr>
        <w:t>ä</w:t>
      </w:r>
      <w:r w:rsidRPr="00E06BAE">
        <w:rPr>
          <w:lang w:val="de-DE"/>
        </w:rPr>
        <w:t>tskonzept der Gemeinde:</w:t>
      </w:r>
    </w:p>
    <w:p w14:paraId="07D06FAB" w14:textId="77777777" w:rsidR="00E06BAE" w:rsidRPr="00E06BAE" w:rsidRDefault="00000000" w:rsidP="005D28CC">
      <w:pPr>
        <w:pStyle w:val="Listenabsatz"/>
        <w:numPr>
          <w:ilvl w:val="0"/>
          <w:numId w:val="25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F</w:t>
      </w:r>
      <w:r w:rsidR="00AF62A1" w:rsidRPr="00E06BAE">
        <w:rPr>
          <w:lang w:val="de-DE"/>
        </w:rPr>
        <w:t>ö</w:t>
      </w:r>
      <w:r w:rsidRPr="00E06BAE">
        <w:rPr>
          <w:lang w:val="de-DE"/>
        </w:rPr>
        <w:t>rderung von Zu-</w:t>
      </w:r>
      <w:r w:rsidR="00AF62A1" w:rsidRPr="00E06BAE">
        <w:rPr>
          <w:lang w:val="de-DE"/>
        </w:rPr>
        <w:t>Fuß</w:t>
      </w:r>
      <w:r w:rsidRPr="00E06BAE">
        <w:rPr>
          <w:lang w:val="de-DE"/>
        </w:rPr>
        <w:t>-Gehen und Fahrradfahren</w:t>
      </w:r>
    </w:p>
    <w:p w14:paraId="4720A293" w14:textId="77777777" w:rsidR="00E06BAE" w:rsidRDefault="00000000" w:rsidP="005D28CC">
      <w:pPr>
        <w:pStyle w:val="Listenabsatz"/>
        <w:numPr>
          <w:ilvl w:val="0"/>
          <w:numId w:val="25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Abbau von Einstiegsh</w:t>
      </w:r>
      <w:r w:rsidR="00144D9F" w:rsidRPr="00E06BAE">
        <w:rPr>
          <w:lang w:val="de-DE"/>
        </w:rPr>
        <w:t>ü</w:t>
      </w:r>
      <w:r w:rsidRPr="00E06BAE">
        <w:rPr>
          <w:lang w:val="de-DE"/>
        </w:rPr>
        <w:t>rden in Bewegung</w:t>
      </w:r>
    </w:p>
    <w:p w14:paraId="2AA1F4BD" w14:textId="77777777" w:rsidR="005D28CC" w:rsidRDefault="005D28CC" w:rsidP="005D28CC">
      <w:pPr>
        <w:spacing w:after="0"/>
        <w:jc w:val="both"/>
        <w:rPr>
          <w:lang w:val="de-DE"/>
        </w:rPr>
      </w:pPr>
    </w:p>
    <w:p w14:paraId="3846C034" w14:textId="77777777" w:rsidR="005D28CC" w:rsidRDefault="00000000" w:rsidP="005D28CC">
      <w:pPr>
        <w:spacing w:after="0"/>
        <w:jc w:val="both"/>
        <w:rPr>
          <w:lang w:val="de-DE"/>
        </w:rPr>
      </w:pPr>
      <w:r w:rsidRPr="00E06BAE">
        <w:rPr>
          <w:lang w:val="de-DE"/>
        </w:rPr>
        <w:t xml:space="preserve">Wer sich </w:t>
      </w:r>
      <w:r w:rsidR="00AF62A1" w:rsidRPr="00E06BAE">
        <w:rPr>
          <w:lang w:val="de-DE"/>
        </w:rPr>
        <w:t>regelmäßig</w:t>
      </w:r>
      <w:r w:rsidRPr="00E06BAE">
        <w:rPr>
          <w:lang w:val="de-DE"/>
        </w:rPr>
        <w:t xml:space="preserve"> bewegt, ist eher bereit, aktive Mobilit</w:t>
      </w:r>
      <w:r w:rsidR="00AF62A1" w:rsidRPr="00E06BAE">
        <w:rPr>
          <w:lang w:val="de-DE"/>
        </w:rPr>
        <w:t>ä</w:t>
      </w:r>
      <w:r w:rsidRPr="00E06BAE">
        <w:rPr>
          <w:lang w:val="de-DE"/>
        </w:rPr>
        <w:t>tsformen zu nutzen.</w:t>
      </w:r>
    </w:p>
    <w:p w14:paraId="35CE8FCB" w14:textId="77777777" w:rsidR="005D28CC" w:rsidRDefault="00000000" w:rsidP="005D28CC">
      <w:pPr>
        <w:spacing w:after="0"/>
        <w:jc w:val="both"/>
        <w:rPr>
          <w:lang w:val="de-DE"/>
        </w:rPr>
      </w:pPr>
      <w:r w:rsidRPr="00E06BAE">
        <w:rPr>
          <w:lang w:val="de-DE"/>
        </w:rPr>
        <w:br/>
        <w:t>Die Anlage wirkt als Einstiegsplattform in einen aktiveren Lebensstil</w:t>
      </w:r>
      <w:r w:rsidR="00E06BAE" w:rsidRPr="00E06BAE">
        <w:rPr>
          <w:lang w:val="de-DE"/>
        </w:rPr>
        <w:t xml:space="preserve"> und/ oder unterstützt diesen zu behalten. </w:t>
      </w:r>
    </w:p>
    <w:p w14:paraId="7175ED0F" w14:textId="77777777" w:rsidR="005D28CC" w:rsidRDefault="00000000" w:rsidP="005D28CC">
      <w:pPr>
        <w:spacing w:after="120"/>
        <w:jc w:val="both"/>
        <w:rPr>
          <w:b/>
          <w:bCs/>
          <w:lang w:val="de-DE"/>
        </w:rPr>
      </w:pPr>
      <w:r w:rsidRPr="00E06BAE">
        <w:rPr>
          <w:lang w:val="de-DE"/>
        </w:rPr>
        <w:br/>
      </w:r>
      <w:r w:rsidRPr="00E06BAE">
        <w:rPr>
          <w:b/>
          <w:bCs/>
          <w:lang w:val="de-DE"/>
        </w:rPr>
        <w:t>9. Antwort auf das Bev</w:t>
      </w:r>
      <w:r w:rsidR="00AF62A1" w:rsidRPr="00E06BAE">
        <w:rPr>
          <w:b/>
          <w:bCs/>
          <w:lang w:val="de-DE"/>
        </w:rPr>
        <w:t>ö</w:t>
      </w:r>
      <w:r w:rsidRPr="00E06BAE">
        <w:rPr>
          <w:b/>
          <w:bCs/>
          <w:lang w:val="de-DE"/>
        </w:rPr>
        <w:t>lkerungswachstum</w:t>
      </w:r>
    </w:p>
    <w:p w14:paraId="13F4CBED" w14:textId="7E44F2AC" w:rsidR="005D28CC" w:rsidRDefault="00000000" w:rsidP="005D28CC">
      <w:pPr>
        <w:spacing w:after="120"/>
        <w:jc w:val="both"/>
        <w:rPr>
          <w:lang w:val="de-DE"/>
        </w:rPr>
      </w:pPr>
      <w:r w:rsidRPr="00E06BAE">
        <w:rPr>
          <w:lang w:val="de-DE"/>
        </w:rPr>
        <w:t>Aktuelle Situation:</w:t>
      </w:r>
    </w:p>
    <w:p w14:paraId="77352C68" w14:textId="75256F85" w:rsidR="00E06BAE" w:rsidRPr="00E06BAE" w:rsidRDefault="00000000" w:rsidP="005D28CC">
      <w:pPr>
        <w:pStyle w:val="Listenabsatz"/>
        <w:numPr>
          <w:ilvl w:val="0"/>
          <w:numId w:val="26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1 Sporthalle f</w:t>
      </w:r>
      <w:r w:rsidR="00144D9F" w:rsidRPr="00E06BAE">
        <w:rPr>
          <w:lang w:val="de-DE"/>
        </w:rPr>
        <w:t>ü</w:t>
      </w:r>
      <w:r w:rsidRPr="00E06BAE">
        <w:rPr>
          <w:lang w:val="de-DE"/>
        </w:rPr>
        <w:t>r ca. 7</w:t>
      </w:r>
      <w:r w:rsidR="00E06BAE" w:rsidRPr="00E06BAE">
        <w:rPr>
          <w:lang w:val="de-DE"/>
        </w:rPr>
        <w:t>2</w:t>
      </w:r>
      <w:r w:rsidRPr="00E06BAE">
        <w:rPr>
          <w:lang w:val="de-DE"/>
        </w:rPr>
        <w:t>00 Einwohner</w:t>
      </w:r>
      <w:r w:rsidR="00963D2F">
        <w:rPr>
          <w:lang w:val="de-DE"/>
        </w:rPr>
        <w:t xml:space="preserve">, </w:t>
      </w:r>
      <w:r w:rsidR="00D72AAD" w:rsidRPr="00D72AAD">
        <w:rPr>
          <w:lang w:val="de-DE"/>
        </w:rPr>
        <w:t>die bereits vollständig ausgelastet und teilweise an ihrer Kapazitätsgrenze ist</w:t>
      </w:r>
    </w:p>
    <w:p w14:paraId="64F9639F" w14:textId="2CB3AF41" w:rsidR="00E06BAE" w:rsidRPr="00E06BAE" w:rsidRDefault="00000000" w:rsidP="005D28CC">
      <w:pPr>
        <w:pStyle w:val="Listenabsatz"/>
        <w:numPr>
          <w:ilvl w:val="0"/>
          <w:numId w:val="26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zweite Halle geplant (Fertigstellung in 3</w:t>
      </w:r>
      <w:r w:rsidR="00963D2F">
        <w:rPr>
          <w:lang w:val="de-DE"/>
        </w:rPr>
        <w:t>-</w:t>
      </w:r>
      <w:r w:rsidRPr="00E06BAE">
        <w:rPr>
          <w:lang w:val="de-DE"/>
        </w:rPr>
        <w:t>4 Jahren)</w:t>
      </w:r>
    </w:p>
    <w:p w14:paraId="096234CF" w14:textId="77777777" w:rsidR="00E06BAE" w:rsidRPr="00E06BAE" w:rsidRDefault="00000000" w:rsidP="005D28CC">
      <w:pPr>
        <w:pStyle w:val="Listenabsatz"/>
        <w:numPr>
          <w:ilvl w:val="0"/>
          <w:numId w:val="26"/>
        </w:numPr>
        <w:spacing w:after="120"/>
        <w:jc w:val="both"/>
        <w:rPr>
          <w:lang w:val="de-DE"/>
        </w:rPr>
      </w:pPr>
      <w:r w:rsidRPr="00E06BAE">
        <w:rPr>
          <w:lang w:val="de-DE"/>
        </w:rPr>
        <w:t>bereits hohe Auslastung</w:t>
      </w:r>
    </w:p>
    <w:p w14:paraId="56ADF026" w14:textId="361EBD93" w:rsidR="00E06BAE" w:rsidRDefault="00000000" w:rsidP="005D28CC">
      <w:pPr>
        <w:spacing w:after="0"/>
        <w:jc w:val="both"/>
        <w:rPr>
          <w:lang w:val="de-DE"/>
        </w:rPr>
      </w:pPr>
      <w:r w:rsidRPr="00E06BAE">
        <w:rPr>
          <w:lang w:val="de-DE"/>
        </w:rPr>
        <w:t>Perspektivisch reicht auch die zweite Halle nicht aus.</w:t>
      </w:r>
    </w:p>
    <w:p w14:paraId="57013C20" w14:textId="77777777" w:rsidR="005D28CC" w:rsidRDefault="005D28CC" w:rsidP="005D28CC">
      <w:pPr>
        <w:spacing w:after="0"/>
        <w:jc w:val="both"/>
        <w:rPr>
          <w:lang w:val="de-DE"/>
        </w:rPr>
      </w:pPr>
    </w:p>
    <w:p w14:paraId="7D92FEFE" w14:textId="77777777" w:rsidR="00E06BAE" w:rsidRDefault="00000000" w:rsidP="005D28CC">
      <w:pPr>
        <w:spacing w:after="0"/>
        <w:jc w:val="both"/>
        <w:rPr>
          <w:lang w:val="de-DE"/>
        </w:rPr>
      </w:pPr>
      <w:r w:rsidRPr="00E06BAE">
        <w:rPr>
          <w:lang w:val="de-DE"/>
        </w:rPr>
        <w:t>Beitrag des Projekts:</w:t>
      </w:r>
    </w:p>
    <w:p w14:paraId="35458217" w14:textId="2BC69D73" w:rsidR="00E06BAE" w:rsidRPr="00E06BAE" w:rsidRDefault="00000000" w:rsidP="005D28CC">
      <w:pPr>
        <w:pStyle w:val="Listenabsatz"/>
        <w:numPr>
          <w:ilvl w:val="0"/>
          <w:numId w:val="28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zus</w:t>
      </w:r>
      <w:r w:rsidR="00AF62A1" w:rsidRPr="00E06BAE">
        <w:rPr>
          <w:lang w:val="de-DE"/>
        </w:rPr>
        <w:t>ä</w:t>
      </w:r>
      <w:r w:rsidRPr="00E06BAE">
        <w:rPr>
          <w:lang w:val="de-DE"/>
        </w:rPr>
        <w:t xml:space="preserve">tzliche, </w:t>
      </w:r>
      <w:r w:rsidRPr="00E06BAE">
        <w:rPr>
          <w:b/>
          <w:bCs/>
          <w:lang w:val="de-DE"/>
        </w:rPr>
        <w:t>schnell verf</w:t>
      </w:r>
      <w:r w:rsidR="00144D9F" w:rsidRPr="00E06BAE">
        <w:rPr>
          <w:b/>
          <w:bCs/>
          <w:lang w:val="de-DE"/>
        </w:rPr>
        <w:t>ü</w:t>
      </w:r>
      <w:r w:rsidRPr="00E06BAE">
        <w:rPr>
          <w:b/>
          <w:bCs/>
          <w:lang w:val="de-DE"/>
        </w:rPr>
        <w:t>gbare</w:t>
      </w:r>
      <w:r w:rsidRPr="00E06BAE">
        <w:rPr>
          <w:lang w:val="de-DE"/>
        </w:rPr>
        <w:t xml:space="preserve"> Sport</w:t>
      </w:r>
      <w:r w:rsidR="00E06BAE" w:rsidRPr="00E06BAE">
        <w:rPr>
          <w:lang w:val="de-DE"/>
        </w:rPr>
        <w:t>f</w:t>
      </w:r>
      <w:r w:rsidR="00A36D9C" w:rsidRPr="00E06BAE">
        <w:rPr>
          <w:lang w:val="de-DE"/>
        </w:rPr>
        <w:t>läche</w:t>
      </w:r>
      <w:r w:rsidRPr="00E06BAE">
        <w:rPr>
          <w:lang w:val="de-DE"/>
        </w:rPr>
        <w:t>n</w:t>
      </w:r>
    </w:p>
    <w:p w14:paraId="447A0706" w14:textId="77777777" w:rsidR="00E06BAE" w:rsidRPr="00E06BAE" w:rsidRDefault="00000000" w:rsidP="005D28CC">
      <w:pPr>
        <w:pStyle w:val="Listenabsatz"/>
        <w:numPr>
          <w:ilvl w:val="0"/>
          <w:numId w:val="27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flexible Nutzung f</w:t>
      </w:r>
      <w:r w:rsidR="00144D9F" w:rsidRPr="00E06BAE">
        <w:rPr>
          <w:lang w:val="de-DE"/>
        </w:rPr>
        <w:t>ü</w:t>
      </w:r>
      <w:r w:rsidRPr="00E06BAE">
        <w:rPr>
          <w:lang w:val="de-DE"/>
        </w:rPr>
        <w:t>r viele Zielgruppen</w:t>
      </w:r>
    </w:p>
    <w:p w14:paraId="1C3FB5D9" w14:textId="59C6FC25" w:rsidR="00996E86" w:rsidRDefault="00000000" w:rsidP="005D28CC">
      <w:pPr>
        <w:pStyle w:val="Listenabsatz"/>
        <w:numPr>
          <w:ilvl w:val="0"/>
          <w:numId w:val="27"/>
        </w:numPr>
        <w:spacing w:after="0"/>
        <w:jc w:val="both"/>
        <w:rPr>
          <w:lang w:val="de-DE"/>
        </w:rPr>
      </w:pPr>
      <w:r w:rsidRPr="00E06BAE">
        <w:rPr>
          <w:b/>
          <w:bCs/>
          <w:lang w:val="de-DE"/>
        </w:rPr>
        <w:t>deutlich geringere</w:t>
      </w:r>
      <w:r w:rsidRPr="00E06BAE">
        <w:rPr>
          <w:lang w:val="de-DE"/>
        </w:rPr>
        <w:t xml:space="preserve"> Kosten als </w:t>
      </w:r>
      <w:r w:rsidR="00963D2F">
        <w:rPr>
          <w:lang w:val="de-DE"/>
        </w:rPr>
        <w:t xml:space="preserve">eine </w:t>
      </w:r>
      <w:r w:rsidRPr="00E06BAE">
        <w:rPr>
          <w:lang w:val="de-DE"/>
        </w:rPr>
        <w:t>Halleninfrastruktur</w:t>
      </w:r>
    </w:p>
    <w:p w14:paraId="747C9337" w14:textId="77777777" w:rsidR="005D28CC" w:rsidRPr="00E06BAE" w:rsidRDefault="005D28CC" w:rsidP="005D28CC">
      <w:pPr>
        <w:pStyle w:val="Listenabsatz"/>
        <w:spacing w:after="0"/>
        <w:jc w:val="both"/>
        <w:rPr>
          <w:lang w:val="de-DE"/>
        </w:rPr>
      </w:pPr>
    </w:p>
    <w:p w14:paraId="06F40A1F" w14:textId="77777777" w:rsidR="00E06BAE" w:rsidRPr="005D28CC" w:rsidRDefault="00000000" w:rsidP="005D28CC">
      <w:pPr>
        <w:spacing w:after="120"/>
        <w:jc w:val="both"/>
        <w:rPr>
          <w:b/>
          <w:bCs/>
          <w:lang w:val="de-DE"/>
        </w:rPr>
      </w:pPr>
      <w:r w:rsidRPr="005D28CC">
        <w:rPr>
          <w:b/>
          <w:bCs/>
          <w:lang w:val="de-DE"/>
        </w:rPr>
        <w:t>10. Unterst</w:t>
      </w:r>
      <w:r w:rsidR="00144D9F" w:rsidRPr="005D28CC">
        <w:rPr>
          <w:b/>
          <w:bCs/>
          <w:lang w:val="de-DE"/>
        </w:rPr>
        <w:t>ü</w:t>
      </w:r>
      <w:r w:rsidRPr="005D28CC">
        <w:rPr>
          <w:b/>
          <w:bCs/>
          <w:lang w:val="de-DE"/>
        </w:rPr>
        <w:t>tzung regiona</w:t>
      </w:r>
      <w:r w:rsidR="00AF62A1" w:rsidRPr="005D28CC">
        <w:rPr>
          <w:b/>
          <w:bCs/>
          <w:lang w:val="de-DE"/>
        </w:rPr>
        <w:t>l</w:t>
      </w:r>
      <w:r w:rsidRPr="005D28CC">
        <w:rPr>
          <w:b/>
          <w:bCs/>
          <w:lang w:val="de-DE"/>
        </w:rPr>
        <w:t>er Events</w:t>
      </w:r>
    </w:p>
    <w:p w14:paraId="03252784" w14:textId="58B2F972" w:rsidR="00E06BAE" w:rsidRPr="00E06BAE" w:rsidRDefault="00000000" w:rsidP="005D28CC">
      <w:pPr>
        <w:pStyle w:val="Listenabsatz"/>
        <w:numPr>
          <w:ilvl w:val="0"/>
          <w:numId w:val="29"/>
        </w:numPr>
        <w:spacing w:after="0"/>
        <w:jc w:val="both"/>
        <w:rPr>
          <w:lang w:val="de-DE"/>
        </w:rPr>
      </w:pPr>
      <w:r w:rsidRPr="00E06BAE">
        <w:rPr>
          <w:lang w:val="de-DE"/>
        </w:rPr>
        <w:t>Weiterf</w:t>
      </w:r>
      <w:r w:rsidR="00AF62A1" w:rsidRPr="00E06BAE">
        <w:rPr>
          <w:lang w:val="de-DE"/>
        </w:rPr>
        <w:t>ü</w:t>
      </w:r>
      <w:r w:rsidRPr="00E06BAE">
        <w:rPr>
          <w:lang w:val="de-DE"/>
        </w:rPr>
        <w:t xml:space="preserve">hrung von Veranstaltungen wie </w:t>
      </w:r>
      <w:proofErr w:type="spellStart"/>
      <w:r w:rsidRPr="00E06BAE">
        <w:rPr>
          <w:lang w:val="de-DE"/>
        </w:rPr>
        <w:t>Beach@Field</w:t>
      </w:r>
      <w:proofErr w:type="spellEnd"/>
    </w:p>
    <w:p w14:paraId="1C16A3A9" w14:textId="4CABC589" w:rsidR="00E06BAE" w:rsidRPr="00E06BAE" w:rsidRDefault="00000000" w:rsidP="005D28CC">
      <w:pPr>
        <w:pStyle w:val="Listenabsatz"/>
        <w:numPr>
          <w:ilvl w:val="0"/>
          <w:numId w:val="29"/>
        </w:numPr>
        <w:spacing w:after="120"/>
        <w:jc w:val="both"/>
        <w:rPr>
          <w:lang w:val="de-DE"/>
        </w:rPr>
      </w:pPr>
      <w:r w:rsidRPr="00E06BAE">
        <w:rPr>
          <w:lang w:val="de-DE"/>
        </w:rPr>
        <w:t>St</w:t>
      </w:r>
      <w:r w:rsidR="00AF62A1" w:rsidRPr="00E06BAE">
        <w:rPr>
          <w:lang w:val="de-DE"/>
        </w:rPr>
        <w:t>ä</w:t>
      </w:r>
      <w:r w:rsidRPr="00E06BAE">
        <w:rPr>
          <w:lang w:val="de-DE"/>
        </w:rPr>
        <w:t xml:space="preserve">rkung eines Events </w:t>
      </w:r>
      <w:r w:rsidR="00E06BAE">
        <w:rPr>
          <w:lang w:val="de-DE"/>
        </w:rPr>
        <w:t>„</w:t>
      </w:r>
      <w:r w:rsidRPr="00E06BAE">
        <w:rPr>
          <w:b/>
          <w:bCs/>
          <w:lang w:val="de-DE"/>
        </w:rPr>
        <w:t xml:space="preserve">aus der Gemeinde </w:t>
      </w:r>
      <w:r w:rsidR="00A36D9C" w:rsidRPr="00E06BAE">
        <w:rPr>
          <w:b/>
          <w:bCs/>
          <w:lang w:val="de-DE"/>
        </w:rPr>
        <w:t>für</w:t>
      </w:r>
      <w:r w:rsidRPr="00E06BAE">
        <w:rPr>
          <w:b/>
          <w:bCs/>
          <w:lang w:val="de-DE"/>
        </w:rPr>
        <w:t xml:space="preserve"> die Gemeinde</w:t>
      </w:r>
      <w:r w:rsidRPr="00E06BAE">
        <w:rPr>
          <w:lang w:val="de-DE"/>
        </w:rPr>
        <w:t>”</w:t>
      </w:r>
    </w:p>
    <w:p w14:paraId="4E8375DC" w14:textId="77777777" w:rsidR="00963D2F" w:rsidRDefault="00963D2F" w:rsidP="00963D2F">
      <w:pPr>
        <w:spacing w:after="120"/>
        <w:jc w:val="both"/>
        <w:rPr>
          <w:lang w:val="de-DE"/>
        </w:rPr>
      </w:pPr>
    </w:p>
    <w:p w14:paraId="17441966" w14:textId="2A8F1774" w:rsidR="00963D2F" w:rsidRDefault="00000000" w:rsidP="00963D2F">
      <w:pPr>
        <w:spacing w:after="120"/>
        <w:jc w:val="both"/>
        <w:rPr>
          <w:lang w:val="de-DE"/>
        </w:rPr>
      </w:pPr>
      <w:r w:rsidRPr="00E06BAE">
        <w:rPr>
          <w:lang w:val="de-DE"/>
        </w:rPr>
        <w:t>Weiterf</w:t>
      </w:r>
      <w:r w:rsidR="00AF62A1" w:rsidRPr="00E06BAE">
        <w:rPr>
          <w:lang w:val="de-DE"/>
        </w:rPr>
        <w:t>ü</w:t>
      </w:r>
      <w:r w:rsidRPr="00E06BAE">
        <w:rPr>
          <w:lang w:val="de-DE"/>
        </w:rPr>
        <w:t xml:space="preserve">hrung von Veranstaltungen wie </w:t>
      </w:r>
      <w:proofErr w:type="spellStart"/>
      <w:r w:rsidRPr="00E06BAE">
        <w:rPr>
          <w:lang w:val="de-DE"/>
        </w:rPr>
        <w:t>Beach@Field</w:t>
      </w:r>
      <w:proofErr w:type="spellEnd"/>
    </w:p>
    <w:p w14:paraId="431C3501" w14:textId="4B585866" w:rsidR="005D28CC" w:rsidRDefault="00000000" w:rsidP="005D28CC">
      <w:pPr>
        <w:spacing w:after="0"/>
        <w:jc w:val="both"/>
        <w:rPr>
          <w:lang w:val="de-DE"/>
        </w:rPr>
      </w:pPr>
      <w:r w:rsidRPr="00AF62A1">
        <w:rPr>
          <w:lang w:val="de-DE"/>
        </w:rPr>
        <w:t xml:space="preserve">Beim Event </w:t>
      </w:r>
      <w:proofErr w:type="spellStart"/>
      <w:r w:rsidRPr="00AF62A1">
        <w:rPr>
          <w:lang w:val="de-DE"/>
        </w:rPr>
        <w:t>Beach@Field</w:t>
      </w:r>
      <w:proofErr w:type="spellEnd"/>
      <w:r w:rsidRPr="00AF62A1">
        <w:rPr>
          <w:lang w:val="de-DE"/>
        </w:rPr>
        <w:t xml:space="preserve"> wurden bereits erfolgreich Beachhandball, Beachvolleyba</w:t>
      </w:r>
      <w:r w:rsidR="005D28CC">
        <w:rPr>
          <w:lang w:val="de-DE"/>
        </w:rPr>
        <w:t>l</w:t>
      </w:r>
      <w:r w:rsidRPr="00AF62A1">
        <w:rPr>
          <w:lang w:val="de-DE"/>
        </w:rPr>
        <w:t>l,</w:t>
      </w:r>
      <w:r w:rsidRPr="00AF62A1">
        <w:rPr>
          <w:lang w:val="de-DE"/>
        </w:rPr>
        <w:br/>
        <w:t>Pétanque sowie Fitnessangebote wie Pilates, Tabata und Yoga angeboten.</w:t>
      </w:r>
    </w:p>
    <w:p w14:paraId="124C69D8" w14:textId="3497EAEC" w:rsidR="00A6253C" w:rsidRDefault="00000000" w:rsidP="005D28CC">
      <w:pPr>
        <w:spacing w:after="120"/>
        <w:jc w:val="both"/>
        <w:rPr>
          <w:lang w:val="de-DE"/>
        </w:rPr>
      </w:pPr>
      <w:r w:rsidRPr="00AF62A1">
        <w:rPr>
          <w:lang w:val="de-DE"/>
        </w:rPr>
        <w:br/>
        <w:t>Durch die permanente Infrastruktur kann dieses Angebot k</w:t>
      </w:r>
      <w:r w:rsidR="00144D9F" w:rsidRPr="00AF62A1">
        <w:rPr>
          <w:lang w:val="de-DE"/>
        </w:rPr>
        <w:t>ü</w:t>
      </w:r>
      <w:r w:rsidRPr="00AF62A1">
        <w:rPr>
          <w:lang w:val="de-DE"/>
        </w:rPr>
        <w:t>nftig erweitert werden,</w:t>
      </w:r>
      <w:r w:rsidRPr="00AF62A1">
        <w:rPr>
          <w:lang w:val="de-DE"/>
        </w:rPr>
        <w:br/>
        <w:t>beispielsweise um:</w:t>
      </w:r>
    </w:p>
    <w:p w14:paraId="697F4DD5" w14:textId="77777777" w:rsidR="00A6253C" w:rsidRPr="00A6253C" w:rsidRDefault="00000000" w:rsidP="005D28CC">
      <w:pPr>
        <w:pStyle w:val="Listenabsatz"/>
        <w:numPr>
          <w:ilvl w:val="0"/>
          <w:numId w:val="31"/>
        </w:numPr>
        <w:spacing w:after="0"/>
        <w:jc w:val="both"/>
        <w:rPr>
          <w:lang w:val="de-DE"/>
        </w:rPr>
      </w:pPr>
      <w:r w:rsidRPr="00A6253C">
        <w:rPr>
          <w:lang w:val="de-DE"/>
        </w:rPr>
        <w:t>Beach</w:t>
      </w:r>
      <w:r w:rsidR="00AF62A1" w:rsidRPr="00A6253C">
        <w:rPr>
          <w:lang w:val="de-DE"/>
        </w:rPr>
        <w:t>fuß</w:t>
      </w:r>
      <w:r w:rsidRPr="00A6253C">
        <w:rPr>
          <w:lang w:val="de-DE"/>
        </w:rPr>
        <w:t>ball</w:t>
      </w:r>
    </w:p>
    <w:p w14:paraId="55FD6882" w14:textId="77777777" w:rsidR="00A6253C" w:rsidRPr="00A6253C" w:rsidRDefault="00000000" w:rsidP="005D28CC">
      <w:pPr>
        <w:pStyle w:val="Listenabsatz"/>
        <w:numPr>
          <w:ilvl w:val="0"/>
          <w:numId w:val="31"/>
        </w:numPr>
        <w:spacing w:after="0"/>
        <w:jc w:val="both"/>
        <w:rPr>
          <w:lang w:val="de-DE"/>
        </w:rPr>
      </w:pPr>
      <w:r w:rsidRPr="00A6253C">
        <w:rPr>
          <w:lang w:val="de-DE"/>
        </w:rPr>
        <w:t>Badminton</w:t>
      </w:r>
    </w:p>
    <w:p w14:paraId="460A8564" w14:textId="77777777" w:rsidR="00A6253C" w:rsidRPr="00A6253C" w:rsidRDefault="00000000" w:rsidP="005D28CC">
      <w:pPr>
        <w:pStyle w:val="Listenabsatz"/>
        <w:numPr>
          <w:ilvl w:val="0"/>
          <w:numId w:val="31"/>
        </w:numPr>
        <w:spacing w:after="0"/>
        <w:jc w:val="both"/>
        <w:rPr>
          <w:lang w:val="de-DE"/>
        </w:rPr>
      </w:pPr>
      <w:r w:rsidRPr="00A6253C">
        <w:rPr>
          <w:lang w:val="de-DE"/>
        </w:rPr>
        <w:t>Basketball</w:t>
      </w:r>
    </w:p>
    <w:p w14:paraId="18ED5AF2" w14:textId="77777777" w:rsidR="00A6253C" w:rsidRDefault="00000000" w:rsidP="005D28CC">
      <w:pPr>
        <w:pStyle w:val="Listenabsatz"/>
        <w:numPr>
          <w:ilvl w:val="0"/>
          <w:numId w:val="31"/>
        </w:numPr>
        <w:spacing w:after="120"/>
        <w:jc w:val="both"/>
        <w:rPr>
          <w:lang w:val="de-DE"/>
        </w:rPr>
      </w:pPr>
      <w:r w:rsidRPr="00A6253C">
        <w:rPr>
          <w:lang w:val="de-DE"/>
        </w:rPr>
        <w:t>weitere niederschwellige Sport- und Bewegungsangebote</w:t>
      </w:r>
    </w:p>
    <w:p w14:paraId="6D5144CD" w14:textId="77777777" w:rsidR="005D28CC" w:rsidRDefault="00000000" w:rsidP="005D28CC">
      <w:pPr>
        <w:spacing w:after="0"/>
        <w:jc w:val="both"/>
        <w:rPr>
          <w:lang w:val="de-DE"/>
        </w:rPr>
      </w:pPr>
      <w:r w:rsidRPr="00A6253C">
        <w:rPr>
          <w:lang w:val="de-DE"/>
        </w:rPr>
        <w:t xml:space="preserve">Dadurch entwickelt sich </w:t>
      </w:r>
      <w:proofErr w:type="spellStart"/>
      <w:r w:rsidRPr="00A6253C">
        <w:rPr>
          <w:lang w:val="de-DE"/>
        </w:rPr>
        <w:t>Beach@Field</w:t>
      </w:r>
      <w:proofErr w:type="spellEnd"/>
      <w:r w:rsidRPr="00A6253C">
        <w:rPr>
          <w:lang w:val="de-DE"/>
        </w:rPr>
        <w:t xml:space="preserve"> weiter zu einem noch </w:t>
      </w:r>
      <w:r w:rsidR="00D3033D">
        <w:rPr>
          <w:lang w:val="de-DE"/>
        </w:rPr>
        <w:t>mannigfaltigerem</w:t>
      </w:r>
      <w:r w:rsidRPr="00A6253C">
        <w:rPr>
          <w:lang w:val="de-DE"/>
        </w:rPr>
        <w:t xml:space="preserve"> und</w:t>
      </w:r>
      <w:r w:rsidRPr="00A6253C">
        <w:rPr>
          <w:lang w:val="de-DE"/>
        </w:rPr>
        <w:br/>
        <w:t>attraktiveren Bewegungs- und Begegnungsevent f</w:t>
      </w:r>
      <w:r w:rsidR="00144D9F" w:rsidRPr="00A6253C">
        <w:rPr>
          <w:lang w:val="de-DE"/>
        </w:rPr>
        <w:t>ü</w:t>
      </w:r>
      <w:r w:rsidRPr="00A6253C">
        <w:rPr>
          <w:lang w:val="de-DE"/>
        </w:rPr>
        <w:t>r alle Generationen.</w:t>
      </w:r>
    </w:p>
    <w:p w14:paraId="36F2D7B0" w14:textId="75162333" w:rsidR="00D3033D" w:rsidRDefault="00000000" w:rsidP="005D28CC">
      <w:pPr>
        <w:spacing w:after="120"/>
        <w:jc w:val="both"/>
        <w:rPr>
          <w:lang w:val="de-DE"/>
        </w:rPr>
      </w:pPr>
      <w:r w:rsidRPr="00A6253C">
        <w:rPr>
          <w:lang w:val="de-DE"/>
        </w:rPr>
        <w:br/>
        <w:t>Mehrwert f</w:t>
      </w:r>
      <w:r w:rsidR="00144D9F" w:rsidRPr="00A6253C">
        <w:rPr>
          <w:lang w:val="de-DE"/>
        </w:rPr>
        <w:t>ü</w:t>
      </w:r>
      <w:r w:rsidRPr="00A6253C">
        <w:rPr>
          <w:lang w:val="de-DE"/>
        </w:rPr>
        <w:t>r die Gemeinde</w:t>
      </w:r>
    </w:p>
    <w:p w14:paraId="4FC62A11" w14:textId="77777777" w:rsidR="00D3033D" w:rsidRP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F</w:t>
      </w:r>
      <w:r w:rsidR="00AF62A1" w:rsidRPr="00D3033D">
        <w:rPr>
          <w:lang w:val="de-DE"/>
        </w:rPr>
        <w:t>ö</w:t>
      </w:r>
      <w:r w:rsidRPr="00D3033D">
        <w:rPr>
          <w:lang w:val="de-DE"/>
        </w:rPr>
        <w:t>rderung von k</w:t>
      </w:r>
      <w:r w:rsidR="00AF62A1" w:rsidRPr="00D3033D">
        <w:rPr>
          <w:lang w:val="de-DE"/>
        </w:rPr>
        <w:t>ö</w:t>
      </w:r>
      <w:r w:rsidRPr="00D3033D">
        <w:rPr>
          <w:lang w:val="de-DE"/>
        </w:rPr>
        <w:t>rperlicher und mentaler Gesundheit</w:t>
      </w:r>
    </w:p>
    <w:p w14:paraId="11D15085" w14:textId="7777777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Angebot f</w:t>
      </w:r>
      <w:r w:rsidR="00144D9F" w:rsidRPr="00D3033D">
        <w:rPr>
          <w:lang w:val="de-DE"/>
        </w:rPr>
        <w:t>ü</w:t>
      </w:r>
      <w:r w:rsidRPr="00D3033D">
        <w:rPr>
          <w:lang w:val="de-DE"/>
        </w:rPr>
        <w:t>r alle Altersgruppen auf einer Fl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che</w:t>
      </w:r>
    </w:p>
    <w:p w14:paraId="2B0C3774" w14:textId="7777777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gezielte Ansprache bisher wenig erreichter Gruppen</w:t>
      </w:r>
    </w:p>
    <w:p w14:paraId="6BE44A73" w14:textId="03D204BB" w:rsidR="00D3033D" w:rsidRP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mehr Bewegung, Begegnung und soziale Interaktion</w:t>
      </w:r>
    </w:p>
    <w:p w14:paraId="01E12354" w14:textId="77777777" w:rsidR="00D3033D" w:rsidRDefault="00000000" w:rsidP="005D28CC">
      <w:pPr>
        <w:pStyle w:val="Listenabsatz"/>
        <w:numPr>
          <w:ilvl w:val="0"/>
          <w:numId w:val="32"/>
        </w:numPr>
        <w:spacing w:after="120"/>
        <w:jc w:val="both"/>
        <w:rPr>
          <w:lang w:val="de-DE"/>
        </w:rPr>
      </w:pPr>
      <w:r w:rsidRPr="00D3033D">
        <w:rPr>
          <w:lang w:val="de-DE"/>
        </w:rPr>
        <w:t>Entwicklung eines lebendigen Treffpunkts</w:t>
      </w:r>
    </w:p>
    <w:p w14:paraId="446121D2" w14:textId="262A2F1E" w:rsidR="00D3033D" w:rsidRPr="00D3033D" w:rsidRDefault="00000000" w:rsidP="005D28CC">
      <w:pPr>
        <w:spacing w:after="120"/>
        <w:jc w:val="both"/>
        <w:rPr>
          <w:lang w:val="de-DE"/>
        </w:rPr>
      </w:pPr>
      <w:r w:rsidRPr="00D3033D">
        <w:rPr>
          <w:lang w:val="de-DE"/>
        </w:rPr>
        <w:t>Weitere Vorteile:</w:t>
      </w:r>
    </w:p>
    <w:p w14:paraId="73A7D1B6" w14:textId="7777777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schrittweise Erweiterbarkeit</w:t>
      </w:r>
    </w:p>
    <w:p w14:paraId="56A0B956" w14:textId="7777777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Kombination aus Sport, Gesundheit und Lebensqualit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t</w:t>
      </w:r>
    </w:p>
    <w:p w14:paraId="7A2F9055" w14:textId="7777777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 xml:space="preserve"> vorausschauende Planung im Kontext des Wachstums</w:t>
      </w:r>
    </w:p>
    <w:p w14:paraId="450B68BF" w14:textId="7777777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Entlastung bestehender Infrastruktur</w:t>
      </w:r>
    </w:p>
    <w:p w14:paraId="59D080C6" w14:textId="70B7AE57" w:rsidR="00D3033D" w:rsidRDefault="00000000" w:rsidP="005D28CC">
      <w:pPr>
        <w:pStyle w:val="Listenabsatz"/>
        <w:numPr>
          <w:ilvl w:val="0"/>
          <w:numId w:val="32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kosteneffiziente Umsetzung</w:t>
      </w:r>
    </w:p>
    <w:p w14:paraId="0098BBE9" w14:textId="77777777" w:rsidR="00D3033D" w:rsidRDefault="00000000" w:rsidP="00963D2F">
      <w:pPr>
        <w:pStyle w:val="Listenabsatz"/>
        <w:numPr>
          <w:ilvl w:val="0"/>
          <w:numId w:val="32"/>
        </w:numPr>
        <w:spacing w:after="240"/>
        <w:jc w:val="both"/>
        <w:rPr>
          <w:lang w:val="de-DE"/>
        </w:rPr>
      </w:pPr>
      <w:r w:rsidRPr="00D3033D">
        <w:rPr>
          <w:lang w:val="de-DE"/>
        </w:rPr>
        <w:t>unmittelbarer Nutzen ohne lange Bauzeiten</w:t>
      </w:r>
    </w:p>
    <w:p w14:paraId="64A089F7" w14:textId="77777777" w:rsidR="005D28CC" w:rsidRDefault="00000000" w:rsidP="005D28CC">
      <w:pPr>
        <w:spacing w:after="0"/>
        <w:jc w:val="both"/>
        <w:rPr>
          <w:lang w:val="de-DE"/>
        </w:rPr>
      </w:pPr>
      <w:r w:rsidRPr="00D3033D">
        <w:rPr>
          <w:b/>
          <w:bCs/>
          <w:lang w:val="de-DE"/>
        </w:rPr>
        <w:t>Erg</w:t>
      </w:r>
      <w:r w:rsidR="00AF62A1" w:rsidRPr="00D3033D">
        <w:rPr>
          <w:b/>
          <w:bCs/>
          <w:lang w:val="de-DE"/>
        </w:rPr>
        <w:t>ä</w:t>
      </w:r>
      <w:r w:rsidRPr="00D3033D">
        <w:rPr>
          <w:b/>
          <w:bCs/>
          <w:lang w:val="de-DE"/>
        </w:rPr>
        <w:t>nzend er</w:t>
      </w:r>
      <w:r w:rsidR="00AF62A1" w:rsidRPr="00D3033D">
        <w:rPr>
          <w:b/>
          <w:bCs/>
          <w:lang w:val="de-DE"/>
        </w:rPr>
        <w:t>ö</w:t>
      </w:r>
      <w:r w:rsidRPr="00D3033D">
        <w:rPr>
          <w:b/>
          <w:bCs/>
          <w:lang w:val="de-DE"/>
        </w:rPr>
        <w:t>ffnet das Projekt auch Potenziale f</w:t>
      </w:r>
      <w:r w:rsidR="00144D9F" w:rsidRPr="00D3033D">
        <w:rPr>
          <w:b/>
          <w:bCs/>
          <w:lang w:val="de-DE"/>
        </w:rPr>
        <w:t>ü</w:t>
      </w:r>
      <w:r w:rsidRPr="00D3033D">
        <w:rPr>
          <w:b/>
          <w:bCs/>
          <w:lang w:val="de-DE"/>
        </w:rPr>
        <w:t>r die lokale Wirtschaft</w:t>
      </w:r>
      <w:r w:rsidRPr="00D3033D">
        <w:rPr>
          <w:lang w:val="de-DE"/>
        </w:rPr>
        <w:t>:</w:t>
      </w:r>
    </w:p>
    <w:p w14:paraId="7BBD3A10" w14:textId="02CBEF1B" w:rsidR="00D3033D" w:rsidRDefault="00000000" w:rsidP="00963D2F">
      <w:pPr>
        <w:spacing w:after="120"/>
        <w:jc w:val="both"/>
        <w:rPr>
          <w:lang w:val="de-DE"/>
        </w:rPr>
      </w:pPr>
      <w:r w:rsidRPr="00D3033D">
        <w:rPr>
          <w:lang w:val="de-DE"/>
        </w:rPr>
        <w:t xml:space="preserve">Die Beach Sport Area kann </w:t>
      </w:r>
      <w:r w:rsidRPr="00D3033D">
        <w:rPr>
          <w:b/>
          <w:bCs/>
          <w:lang w:val="de-DE"/>
        </w:rPr>
        <w:t>lokalen Arbeitgebern</w:t>
      </w:r>
      <w:r w:rsidRPr="00D3033D">
        <w:rPr>
          <w:lang w:val="de-DE"/>
        </w:rPr>
        <w:t xml:space="preserve"> zur Verf</w:t>
      </w:r>
      <w:r w:rsidR="00144D9F" w:rsidRPr="00D3033D">
        <w:rPr>
          <w:lang w:val="de-DE"/>
        </w:rPr>
        <w:t>ü</w:t>
      </w:r>
      <w:r w:rsidRPr="00D3033D">
        <w:rPr>
          <w:lang w:val="de-DE"/>
        </w:rPr>
        <w:t>gung gestellt werden, u</w:t>
      </w:r>
      <w:r w:rsidR="00D3033D">
        <w:rPr>
          <w:lang w:val="de-DE"/>
        </w:rPr>
        <w:t>m</w:t>
      </w:r>
      <w:r w:rsidRPr="00D3033D">
        <w:rPr>
          <w:lang w:val="de-DE"/>
        </w:rPr>
        <w:t>:</w:t>
      </w:r>
    </w:p>
    <w:p w14:paraId="3026E74D" w14:textId="36B292F9" w:rsidR="00D3033D" w:rsidRPr="00D3033D" w:rsidRDefault="00000000" w:rsidP="005D28CC">
      <w:pPr>
        <w:pStyle w:val="Listenabsatz"/>
        <w:numPr>
          <w:ilvl w:val="0"/>
          <w:numId w:val="34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Sportaktivit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ten f</w:t>
      </w:r>
      <w:r w:rsidR="00144D9F" w:rsidRPr="00D3033D">
        <w:rPr>
          <w:lang w:val="de-DE"/>
        </w:rPr>
        <w:t>ü</w:t>
      </w:r>
      <w:r w:rsidRPr="00D3033D">
        <w:rPr>
          <w:lang w:val="de-DE"/>
        </w:rPr>
        <w:t>r Mitarbeiter zu erm</w:t>
      </w:r>
      <w:r w:rsidR="00AF62A1" w:rsidRPr="00D3033D">
        <w:rPr>
          <w:lang w:val="de-DE"/>
        </w:rPr>
        <w:t>ö</w:t>
      </w:r>
      <w:r w:rsidRPr="00D3033D">
        <w:rPr>
          <w:lang w:val="de-DE"/>
        </w:rPr>
        <w:t>glichen</w:t>
      </w:r>
    </w:p>
    <w:p w14:paraId="49C7CF5C" w14:textId="77777777" w:rsidR="00D3033D" w:rsidRPr="00D3033D" w:rsidRDefault="00000000" w:rsidP="005D28CC">
      <w:pPr>
        <w:pStyle w:val="Listenabsatz"/>
        <w:numPr>
          <w:ilvl w:val="0"/>
          <w:numId w:val="33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gesundheitsf</w:t>
      </w:r>
      <w:r w:rsidR="00AF62A1" w:rsidRPr="00D3033D">
        <w:rPr>
          <w:lang w:val="de-DE"/>
        </w:rPr>
        <w:t>ö</w:t>
      </w:r>
      <w:r w:rsidRPr="00D3033D">
        <w:rPr>
          <w:lang w:val="de-DE"/>
        </w:rPr>
        <w:t xml:space="preserve">rdernde </w:t>
      </w:r>
      <w:r w:rsidR="00AF62A1" w:rsidRPr="00D3033D">
        <w:rPr>
          <w:lang w:val="de-DE"/>
        </w:rPr>
        <w:t>Maßnahmen</w:t>
      </w:r>
      <w:r w:rsidRPr="00D3033D">
        <w:rPr>
          <w:lang w:val="de-DE"/>
        </w:rPr>
        <w:t xml:space="preserve"> umzusetzen</w:t>
      </w:r>
    </w:p>
    <w:p w14:paraId="580774C0" w14:textId="77777777" w:rsidR="00D3033D" w:rsidRDefault="00000000" w:rsidP="00963D2F">
      <w:pPr>
        <w:pStyle w:val="Listenabsatz"/>
        <w:numPr>
          <w:ilvl w:val="0"/>
          <w:numId w:val="33"/>
        </w:numPr>
        <w:spacing w:after="120"/>
        <w:jc w:val="both"/>
        <w:rPr>
          <w:lang w:val="de-DE"/>
        </w:rPr>
      </w:pPr>
      <w:r w:rsidRPr="00D3033D">
        <w:rPr>
          <w:lang w:val="de-DE"/>
        </w:rPr>
        <w:t>Teambuilding-Events in einem naturnahen Umfeld durchzuf</w:t>
      </w:r>
      <w:r w:rsidR="00AF62A1" w:rsidRPr="00D3033D">
        <w:rPr>
          <w:lang w:val="de-DE"/>
        </w:rPr>
        <w:t>ü</w:t>
      </w:r>
      <w:r w:rsidRPr="00D3033D">
        <w:rPr>
          <w:lang w:val="de-DE"/>
        </w:rPr>
        <w:t>hren</w:t>
      </w:r>
    </w:p>
    <w:p w14:paraId="531FD0E4" w14:textId="77777777" w:rsidR="005D28CC" w:rsidRDefault="00000000" w:rsidP="00963D2F">
      <w:pPr>
        <w:spacing w:after="120"/>
        <w:jc w:val="both"/>
        <w:rPr>
          <w:lang w:val="de-DE"/>
        </w:rPr>
      </w:pPr>
      <w:r w:rsidRPr="00D3033D">
        <w:rPr>
          <w:lang w:val="de-DE"/>
        </w:rPr>
        <w:t>Dadurch wird die Gemeinde zus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tzlich als attraktiver Standort f</w:t>
      </w:r>
      <w:r w:rsidR="00144D9F" w:rsidRPr="00D3033D">
        <w:rPr>
          <w:lang w:val="de-DE"/>
        </w:rPr>
        <w:t>ü</w:t>
      </w:r>
      <w:r w:rsidRPr="00D3033D">
        <w:rPr>
          <w:lang w:val="de-DE"/>
        </w:rPr>
        <w:t>r Unternehmen und</w:t>
      </w:r>
      <w:r w:rsidRPr="00D3033D">
        <w:rPr>
          <w:lang w:val="de-DE"/>
        </w:rPr>
        <w:br/>
        <w:t>Arbeitnehmer positioniert.</w:t>
      </w:r>
    </w:p>
    <w:p w14:paraId="4B37CD93" w14:textId="77777777" w:rsidR="005D28CC" w:rsidRDefault="00000000" w:rsidP="005D28CC">
      <w:pPr>
        <w:spacing w:after="0"/>
        <w:jc w:val="both"/>
        <w:rPr>
          <w:lang w:val="de-DE"/>
        </w:rPr>
      </w:pPr>
      <w:r w:rsidRPr="00D3033D">
        <w:rPr>
          <w:lang w:val="de-DE"/>
        </w:rPr>
        <w:t>Die Verbindung von Lebensqualit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t, Gesundheit und moderner Arbeitswelt st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rkt</w:t>
      </w:r>
      <w:r w:rsidRPr="00D3033D">
        <w:rPr>
          <w:lang w:val="de-DE"/>
        </w:rPr>
        <w:br/>
        <w:t>langfristig die Attraktivit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t und Wettbewerbsf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higkeit der Gemeinde.</w:t>
      </w:r>
    </w:p>
    <w:p w14:paraId="26AA31AE" w14:textId="3A78E6B7" w:rsidR="00D3033D" w:rsidRDefault="00000000" w:rsidP="005D28CC">
      <w:pPr>
        <w:spacing w:after="120"/>
        <w:jc w:val="both"/>
        <w:rPr>
          <w:lang w:val="de-DE"/>
        </w:rPr>
      </w:pPr>
      <w:r w:rsidRPr="00D3033D">
        <w:rPr>
          <w:lang w:val="de-DE"/>
        </w:rPr>
        <w:br/>
        <w:t>Besonderer Fokus:</w:t>
      </w:r>
    </w:p>
    <w:p w14:paraId="38DC5AE3" w14:textId="77777777" w:rsidR="00D3033D" w:rsidRPr="00D3033D" w:rsidRDefault="00D3033D" w:rsidP="005D28CC">
      <w:pPr>
        <w:pStyle w:val="Listenabsatz"/>
        <w:numPr>
          <w:ilvl w:val="0"/>
          <w:numId w:val="35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m</w:t>
      </w:r>
      <w:r w:rsidR="00000000" w:rsidRPr="00D3033D">
        <w:rPr>
          <w:lang w:val="de-DE"/>
        </w:rPr>
        <w:t>ehr Nutzen f</w:t>
      </w:r>
      <w:r w:rsidR="00144D9F" w:rsidRPr="00D3033D">
        <w:rPr>
          <w:lang w:val="de-DE"/>
        </w:rPr>
        <w:t>ü</w:t>
      </w:r>
      <w:r w:rsidR="00000000" w:rsidRPr="00D3033D">
        <w:rPr>
          <w:lang w:val="de-DE"/>
        </w:rPr>
        <w:t>r die lokale Bev</w:t>
      </w:r>
      <w:r w:rsidR="00AF62A1" w:rsidRPr="00D3033D">
        <w:rPr>
          <w:lang w:val="de-DE"/>
        </w:rPr>
        <w:t>ö</w:t>
      </w:r>
      <w:r w:rsidR="00000000" w:rsidRPr="00D3033D">
        <w:rPr>
          <w:lang w:val="de-DE"/>
        </w:rPr>
        <w:t>lkerung</w:t>
      </w:r>
    </w:p>
    <w:p w14:paraId="6B71B07B" w14:textId="5220369F" w:rsidR="00D3033D" w:rsidRPr="00D3033D" w:rsidRDefault="00000000" w:rsidP="005D28CC">
      <w:pPr>
        <w:pStyle w:val="Listenabsatz"/>
        <w:numPr>
          <w:ilvl w:val="0"/>
          <w:numId w:val="35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hohe Identifikation durch Beteiligung</w:t>
      </w:r>
    </w:p>
    <w:p w14:paraId="2E2B4084" w14:textId="77777777" w:rsidR="00D3033D" w:rsidRDefault="00000000" w:rsidP="005D28CC">
      <w:pPr>
        <w:pStyle w:val="Listenabsatz"/>
        <w:numPr>
          <w:ilvl w:val="0"/>
          <w:numId w:val="35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sichtbarer Mehrwert im Alltag</w:t>
      </w:r>
    </w:p>
    <w:p w14:paraId="2DC03757" w14:textId="77777777" w:rsidR="005D28CC" w:rsidRDefault="005D28CC" w:rsidP="005D28CC">
      <w:pPr>
        <w:spacing w:after="0"/>
        <w:jc w:val="both"/>
        <w:rPr>
          <w:b/>
          <w:bCs/>
          <w:sz w:val="28"/>
          <w:szCs w:val="28"/>
          <w:lang w:val="de-DE"/>
        </w:rPr>
      </w:pPr>
    </w:p>
    <w:p w14:paraId="1AE63EF5" w14:textId="0E09EC70" w:rsidR="005D28CC" w:rsidRPr="005D28CC" w:rsidRDefault="00000000" w:rsidP="005D28CC">
      <w:pPr>
        <w:spacing w:after="0"/>
        <w:jc w:val="both"/>
        <w:rPr>
          <w:b/>
          <w:bCs/>
          <w:sz w:val="24"/>
          <w:szCs w:val="24"/>
          <w:lang w:val="de-DE"/>
        </w:rPr>
      </w:pPr>
      <w:r w:rsidRPr="005D28CC">
        <w:rPr>
          <w:b/>
          <w:bCs/>
          <w:sz w:val="24"/>
          <w:szCs w:val="24"/>
          <w:lang w:val="de-DE"/>
        </w:rPr>
        <w:t>Gesellschaftlicher Hintergrund</w:t>
      </w:r>
    </w:p>
    <w:p w14:paraId="5E283543" w14:textId="5AD79118" w:rsidR="00D3033D" w:rsidRDefault="00000000" w:rsidP="005D28CC">
      <w:pPr>
        <w:spacing w:after="0"/>
        <w:jc w:val="both"/>
        <w:rPr>
          <w:lang w:val="de-DE"/>
        </w:rPr>
      </w:pPr>
      <w:r w:rsidRPr="00D3033D">
        <w:rPr>
          <w:lang w:val="de-DE"/>
        </w:rPr>
        <w:br/>
        <w:t>Die Gemeinde steht vor zentralen Herausforderungen:</w:t>
      </w:r>
    </w:p>
    <w:p w14:paraId="56158916" w14:textId="77777777" w:rsidR="00D3033D" w:rsidRPr="00D3033D" w:rsidRDefault="00000000" w:rsidP="005D28CC">
      <w:pPr>
        <w:pStyle w:val="Listenabsatz"/>
        <w:numPr>
          <w:ilvl w:val="0"/>
          <w:numId w:val="36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mehr Bewegung im Alltag</w:t>
      </w:r>
    </w:p>
    <w:p w14:paraId="646FA949" w14:textId="1E9F18C3" w:rsidR="00D3033D" w:rsidRPr="00D3033D" w:rsidRDefault="00000000" w:rsidP="005D28CC">
      <w:pPr>
        <w:pStyle w:val="Listenabsatz"/>
        <w:numPr>
          <w:ilvl w:val="0"/>
          <w:numId w:val="36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F</w:t>
      </w:r>
      <w:r w:rsidR="00D3033D" w:rsidRPr="00D3033D">
        <w:rPr>
          <w:lang w:val="de-DE"/>
        </w:rPr>
        <w:t>ö</w:t>
      </w:r>
      <w:r w:rsidRPr="00D3033D">
        <w:rPr>
          <w:lang w:val="de-DE"/>
        </w:rPr>
        <w:t>rderung nachhaltiger Mobilit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t</w:t>
      </w:r>
    </w:p>
    <w:p w14:paraId="70FECBE4" w14:textId="77777777" w:rsidR="00D3033D" w:rsidRDefault="00000000" w:rsidP="00963D2F">
      <w:pPr>
        <w:pStyle w:val="Listenabsatz"/>
        <w:numPr>
          <w:ilvl w:val="0"/>
          <w:numId w:val="36"/>
        </w:numPr>
        <w:spacing w:after="120"/>
        <w:jc w:val="both"/>
        <w:rPr>
          <w:lang w:val="de-DE"/>
        </w:rPr>
      </w:pPr>
      <w:r w:rsidRPr="00D3033D">
        <w:rPr>
          <w:lang w:val="de-DE"/>
        </w:rPr>
        <w:t>Schaffung von Begegnungsr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umen</w:t>
      </w:r>
    </w:p>
    <w:p w14:paraId="457E6607" w14:textId="77777777" w:rsidR="00D3033D" w:rsidRDefault="00000000" w:rsidP="00963D2F">
      <w:pPr>
        <w:spacing w:after="120"/>
        <w:jc w:val="both"/>
        <w:rPr>
          <w:lang w:val="de-DE"/>
        </w:rPr>
      </w:pPr>
      <w:r w:rsidRPr="00D3033D">
        <w:rPr>
          <w:lang w:val="de-DE"/>
        </w:rPr>
        <w:t>Gleichzeitig zeigen aktuelle Entwicklungen:</w:t>
      </w:r>
    </w:p>
    <w:p w14:paraId="765A6D1C" w14:textId="77777777" w:rsidR="00D3033D" w:rsidRDefault="00000000" w:rsidP="005D28CC">
      <w:pPr>
        <w:pStyle w:val="Listenabsatz"/>
        <w:numPr>
          <w:ilvl w:val="0"/>
          <w:numId w:val="37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steigender Bedarf an mentaler Erholung</w:t>
      </w:r>
    </w:p>
    <w:p w14:paraId="333CD388" w14:textId="77777777" w:rsidR="00D3033D" w:rsidRDefault="00000000" w:rsidP="005D28CC">
      <w:pPr>
        <w:pStyle w:val="Listenabsatz"/>
        <w:numPr>
          <w:ilvl w:val="0"/>
          <w:numId w:val="37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wachsendes Interesse an Outdoor-Angeboten</w:t>
      </w:r>
    </w:p>
    <w:p w14:paraId="7091C62E" w14:textId="77777777" w:rsidR="00D3033D" w:rsidRDefault="00000000" w:rsidP="00963D2F">
      <w:pPr>
        <w:pStyle w:val="Listenabsatz"/>
        <w:numPr>
          <w:ilvl w:val="0"/>
          <w:numId w:val="37"/>
        </w:numPr>
        <w:spacing w:after="120"/>
        <w:jc w:val="both"/>
        <w:rPr>
          <w:lang w:val="de-DE"/>
        </w:rPr>
      </w:pPr>
      <w:r w:rsidRPr="00D3033D">
        <w:rPr>
          <w:lang w:val="de-DE"/>
        </w:rPr>
        <w:t>Trend zur ganzheitlichen Gesundheit</w:t>
      </w:r>
    </w:p>
    <w:p w14:paraId="0B324C20" w14:textId="1FCA625C" w:rsidR="00D3033D" w:rsidRDefault="00000000" w:rsidP="005D28CC">
      <w:pPr>
        <w:spacing w:after="0"/>
        <w:jc w:val="both"/>
        <w:rPr>
          <w:lang w:val="de-DE"/>
        </w:rPr>
      </w:pPr>
      <w:r w:rsidRPr="00D3033D">
        <w:rPr>
          <w:lang w:val="de-DE"/>
        </w:rPr>
        <w:t>Zudem:</w:t>
      </w:r>
    </w:p>
    <w:p w14:paraId="38F5DD10" w14:textId="1D81BE42" w:rsidR="00D3033D" w:rsidRPr="00D3033D" w:rsidRDefault="00000000" w:rsidP="005D28CC">
      <w:pPr>
        <w:pStyle w:val="Listenabsatz"/>
        <w:numPr>
          <w:ilvl w:val="0"/>
          <w:numId w:val="38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Senioren w</w:t>
      </w:r>
      <w:r w:rsidR="00144D9F" w:rsidRPr="00D3033D">
        <w:rPr>
          <w:lang w:val="de-DE"/>
        </w:rPr>
        <w:t>ü</w:t>
      </w:r>
      <w:r w:rsidRPr="00D3033D">
        <w:rPr>
          <w:lang w:val="de-DE"/>
        </w:rPr>
        <w:t>nschen sich niedrigschwellige Treffpunkt</w:t>
      </w:r>
      <w:r w:rsidR="00D3033D" w:rsidRPr="00D3033D">
        <w:rPr>
          <w:lang w:val="de-DE"/>
        </w:rPr>
        <w:t>e</w:t>
      </w:r>
    </w:p>
    <w:p w14:paraId="77CBE4AD" w14:textId="77777777" w:rsidR="00D3033D" w:rsidRPr="00D3033D" w:rsidRDefault="00000000" w:rsidP="005D28CC">
      <w:pPr>
        <w:pStyle w:val="Listenabsatz"/>
        <w:numPr>
          <w:ilvl w:val="0"/>
          <w:numId w:val="38"/>
        </w:numPr>
        <w:spacing w:after="0"/>
        <w:jc w:val="both"/>
        <w:rPr>
          <w:lang w:val="de-DE"/>
        </w:rPr>
      </w:pPr>
      <w:r w:rsidRPr="00D3033D">
        <w:rPr>
          <w:lang w:val="de-DE"/>
        </w:rPr>
        <w:t>Jugendliche ben</w:t>
      </w:r>
      <w:r w:rsidR="00D3033D" w:rsidRPr="00D3033D">
        <w:rPr>
          <w:lang w:val="de-DE"/>
        </w:rPr>
        <w:t>ö</w:t>
      </w:r>
      <w:r w:rsidRPr="00D3033D">
        <w:rPr>
          <w:lang w:val="de-DE"/>
        </w:rPr>
        <w:t>tigen freie R</w:t>
      </w:r>
      <w:r w:rsidR="00AF62A1" w:rsidRPr="00D3033D">
        <w:rPr>
          <w:lang w:val="de-DE"/>
        </w:rPr>
        <w:t>ä</w:t>
      </w:r>
      <w:r w:rsidRPr="00D3033D">
        <w:rPr>
          <w:lang w:val="de-DE"/>
        </w:rPr>
        <w:t>ume</w:t>
      </w:r>
    </w:p>
    <w:p w14:paraId="5B478262" w14:textId="77777777" w:rsidR="00D3033D" w:rsidRDefault="00000000" w:rsidP="00963D2F">
      <w:pPr>
        <w:pStyle w:val="Listenabsatz"/>
        <w:numPr>
          <w:ilvl w:val="0"/>
          <w:numId w:val="38"/>
        </w:numPr>
        <w:spacing w:after="120"/>
        <w:jc w:val="both"/>
        <w:rPr>
          <w:lang w:val="de-DE"/>
        </w:rPr>
      </w:pPr>
      <w:r w:rsidRPr="00D3033D">
        <w:rPr>
          <w:lang w:val="de-DE"/>
        </w:rPr>
        <w:t>Erwachsene suchen flexible Angebote</w:t>
      </w:r>
    </w:p>
    <w:p w14:paraId="362F5A18" w14:textId="77777777" w:rsidR="00963D2F" w:rsidRDefault="00000000" w:rsidP="005D28CC">
      <w:pPr>
        <w:spacing w:after="0"/>
        <w:jc w:val="both"/>
        <w:rPr>
          <w:lang w:val="de-DE"/>
        </w:rPr>
      </w:pPr>
      <w:r w:rsidRPr="00D3033D">
        <w:rPr>
          <w:lang w:val="de-DE"/>
        </w:rPr>
        <w:t>Dieses Projekt vereint erstmals all diese Bed</w:t>
      </w:r>
      <w:r w:rsidR="00144D9F" w:rsidRPr="00D3033D">
        <w:rPr>
          <w:lang w:val="de-DE"/>
        </w:rPr>
        <w:t>ü</w:t>
      </w:r>
      <w:r w:rsidRPr="00D3033D">
        <w:rPr>
          <w:lang w:val="de-DE"/>
        </w:rPr>
        <w:t xml:space="preserve">rfnisse in einer </w:t>
      </w:r>
      <w:r w:rsidRPr="00D3033D">
        <w:rPr>
          <w:b/>
          <w:bCs/>
          <w:lang w:val="de-DE"/>
        </w:rPr>
        <w:t>gemeinsamen L</w:t>
      </w:r>
      <w:r w:rsidR="00AF62A1" w:rsidRPr="00D3033D">
        <w:rPr>
          <w:b/>
          <w:bCs/>
          <w:lang w:val="de-DE"/>
        </w:rPr>
        <w:t>ö</w:t>
      </w:r>
      <w:r w:rsidRPr="00D3033D">
        <w:rPr>
          <w:b/>
          <w:bCs/>
          <w:lang w:val="de-DE"/>
        </w:rPr>
        <w:t>sung</w:t>
      </w:r>
      <w:r w:rsidRPr="00D3033D">
        <w:rPr>
          <w:lang w:val="de-DE"/>
        </w:rPr>
        <w:t>.</w:t>
      </w:r>
    </w:p>
    <w:p w14:paraId="0600C6A3" w14:textId="77777777" w:rsidR="00963D2F" w:rsidRDefault="00963D2F" w:rsidP="005D28CC">
      <w:pPr>
        <w:spacing w:after="0"/>
        <w:jc w:val="both"/>
        <w:rPr>
          <w:lang w:val="de-DE"/>
        </w:rPr>
      </w:pPr>
    </w:p>
    <w:p w14:paraId="25CC0534" w14:textId="77777777" w:rsidR="00963D2F" w:rsidRDefault="00000000" w:rsidP="005D28CC">
      <w:pPr>
        <w:spacing w:after="0"/>
        <w:jc w:val="both"/>
        <w:rPr>
          <w:b/>
          <w:bCs/>
          <w:sz w:val="28"/>
          <w:szCs w:val="28"/>
          <w:lang w:val="de-DE"/>
        </w:rPr>
      </w:pPr>
      <w:r w:rsidRPr="00D3033D">
        <w:rPr>
          <w:b/>
          <w:bCs/>
          <w:sz w:val="28"/>
          <w:szCs w:val="28"/>
          <w:lang w:val="de-DE"/>
        </w:rPr>
        <w:t>Besonderheit des Projekts</w:t>
      </w:r>
    </w:p>
    <w:p w14:paraId="0BDB0272" w14:textId="77777777" w:rsidR="00963D2F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br/>
        <w:t>Das Konzept basiert auf konkreten Erfahrungen:</w:t>
      </w:r>
    </w:p>
    <w:p w14:paraId="4571EAA9" w14:textId="77777777" w:rsidR="00963D2F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t xml:space="preserve">Beim Event </w:t>
      </w:r>
      <w:proofErr w:type="spellStart"/>
      <w:r w:rsidRPr="00144D9F">
        <w:rPr>
          <w:lang w:val="de-DE"/>
        </w:rPr>
        <w:t>Beach@Field</w:t>
      </w:r>
      <w:proofErr w:type="spellEnd"/>
      <w:r w:rsidRPr="00144D9F">
        <w:rPr>
          <w:lang w:val="de-DE"/>
        </w:rPr>
        <w:t xml:space="preserve"> wurde die </w:t>
      </w:r>
      <w:r w:rsidR="00A36D9C">
        <w:rPr>
          <w:lang w:val="de-DE"/>
        </w:rPr>
        <w:t>Fläche</w:t>
      </w:r>
      <w:r w:rsidRPr="00144D9F">
        <w:rPr>
          <w:lang w:val="de-DE"/>
        </w:rPr>
        <w:t xml:space="preserve"> bereits erfolgreich als Bewegungs- und</w:t>
      </w:r>
      <w:r w:rsidRPr="00144D9F">
        <w:rPr>
          <w:lang w:val="de-DE"/>
        </w:rPr>
        <w:br/>
        <w:t>Begegnungsraum genutzt.</w:t>
      </w:r>
    </w:p>
    <w:p w14:paraId="116F314A" w14:textId="77777777" w:rsidR="00963D2F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br/>
        <w:t>Die sehr positive Resonanz zeigt klar das Potenzial einer dauerhaften L</w:t>
      </w:r>
      <w:r w:rsidR="00AF62A1">
        <w:rPr>
          <w:lang w:val="de-DE"/>
        </w:rPr>
        <w:t>ö</w:t>
      </w:r>
      <w:r w:rsidRPr="00144D9F">
        <w:rPr>
          <w:lang w:val="de-DE"/>
        </w:rPr>
        <w:t>sung.</w:t>
      </w:r>
    </w:p>
    <w:p w14:paraId="24F12E7C" w14:textId="5A0874A1" w:rsidR="00D3033D" w:rsidRDefault="00000000" w:rsidP="005D28CC">
      <w:pPr>
        <w:spacing w:after="0"/>
        <w:jc w:val="both"/>
        <w:rPr>
          <w:lang w:val="de-DE"/>
        </w:rPr>
      </w:pPr>
      <w:r w:rsidRPr="00144D9F">
        <w:rPr>
          <w:lang w:val="de-DE"/>
        </w:rPr>
        <w:br/>
        <w:t>Mit Blick auf das Bev</w:t>
      </w:r>
      <w:r w:rsidR="00AF62A1">
        <w:rPr>
          <w:lang w:val="de-DE"/>
        </w:rPr>
        <w:t>ö</w:t>
      </w:r>
      <w:r w:rsidRPr="00144D9F">
        <w:rPr>
          <w:lang w:val="de-DE"/>
        </w:rPr>
        <w:t>lkerungswachstum bietet die Beach Sport Area eine:</w:t>
      </w:r>
    </w:p>
    <w:p w14:paraId="26C882CC" w14:textId="677DFE4A" w:rsidR="00D3033D" w:rsidRPr="00D3033D" w:rsidRDefault="00D3033D" w:rsidP="005D28CC">
      <w:pPr>
        <w:pStyle w:val="Listenabsatz"/>
        <w:numPr>
          <w:ilvl w:val="0"/>
          <w:numId w:val="39"/>
        </w:numPr>
        <w:spacing w:after="0"/>
        <w:jc w:val="both"/>
        <w:rPr>
          <w:lang w:val="de-DE"/>
        </w:rPr>
      </w:pPr>
      <w:r>
        <w:rPr>
          <w:lang w:val="de-DE"/>
        </w:rPr>
        <w:t>s</w:t>
      </w:r>
      <w:r w:rsidR="00000000" w:rsidRPr="00D3033D">
        <w:rPr>
          <w:lang w:val="de-DE"/>
        </w:rPr>
        <w:t>chnelle</w:t>
      </w:r>
    </w:p>
    <w:p w14:paraId="0B89F664" w14:textId="4C87DF5D" w:rsidR="00D3033D" w:rsidRPr="00D3033D" w:rsidRDefault="00D3033D" w:rsidP="005D28CC">
      <w:pPr>
        <w:pStyle w:val="Listenabsatz"/>
        <w:numPr>
          <w:ilvl w:val="0"/>
          <w:numId w:val="39"/>
        </w:numPr>
        <w:spacing w:after="0"/>
        <w:jc w:val="both"/>
        <w:rPr>
          <w:lang w:val="de-DE"/>
        </w:rPr>
      </w:pPr>
      <w:r>
        <w:rPr>
          <w:lang w:val="de-DE"/>
        </w:rPr>
        <w:t>f</w:t>
      </w:r>
      <w:r w:rsidR="00000000" w:rsidRPr="00D3033D">
        <w:rPr>
          <w:lang w:val="de-DE"/>
        </w:rPr>
        <w:t>lexible</w:t>
      </w:r>
    </w:p>
    <w:p w14:paraId="16115545" w14:textId="6254DF76" w:rsidR="00996E86" w:rsidRPr="00D3033D" w:rsidRDefault="00000000" w:rsidP="00963D2F">
      <w:pPr>
        <w:pStyle w:val="Listenabsatz"/>
        <w:numPr>
          <w:ilvl w:val="0"/>
          <w:numId w:val="39"/>
        </w:numPr>
        <w:spacing w:after="120"/>
        <w:jc w:val="both"/>
        <w:rPr>
          <w:lang w:val="de-DE"/>
        </w:rPr>
      </w:pPr>
      <w:r w:rsidRPr="00D3033D">
        <w:rPr>
          <w:lang w:val="de-DE"/>
        </w:rPr>
        <w:t>kosteneffiziente</w:t>
      </w:r>
      <w:r w:rsidRPr="00D3033D">
        <w:rPr>
          <w:lang w:val="de-DE"/>
        </w:rPr>
        <w:br/>
        <w:t>Antwort auf den steigenden Bedarf an Bewegungsr</w:t>
      </w:r>
      <w:r w:rsidR="00497168">
        <w:rPr>
          <w:lang w:val="de-DE"/>
        </w:rPr>
        <w:t>ä</w:t>
      </w:r>
      <w:r w:rsidRPr="00D3033D">
        <w:rPr>
          <w:lang w:val="de-DE"/>
        </w:rPr>
        <w:t>umen.</w:t>
      </w:r>
    </w:p>
    <w:sectPr w:rsidR="00996E86" w:rsidRPr="00D303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15020"/>
    <w:multiLevelType w:val="hybridMultilevel"/>
    <w:tmpl w:val="448E674C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0C0984"/>
    <w:multiLevelType w:val="hybridMultilevel"/>
    <w:tmpl w:val="735067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156AD"/>
    <w:multiLevelType w:val="hybridMultilevel"/>
    <w:tmpl w:val="8244D864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1577"/>
    <w:multiLevelType w:val="hybridMultilevel"/>
    <w:tmpl w:val="F92489AA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F73F38"/>
    <w:multiLevelType w:val="hybridMultilevel"/>
    <w:tmpl w:val="19BCC910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AA1E63"/>
    <w:multiLevelType w:val="hybridMultilevel"/>
    <w:tmpl w:val="E4EA8406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A31E24"/>
    <w:multiLevelType w:val="hybridMultilevel"/>
    <w:tmpl w:val="E78A3FAE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0737D"/>
    <w:multiLevelType w:val="hybridMultilevel"/>
    <w:tmpl w:val="944A66F2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0A56C9"/>
    <w:multiLevelType w:val="hybridMultilevel"/>
    <w:tmpl w:val="60EA626E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70CC5"/>
    <w:multiLevelType w:val="hybridMultilevel"/>
    <w:tmpl w:val="3976D648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F6A20"/>
    <w:multiLevelType w:val="hybridMultilevel"/>
    <w:tmpl w:val="57F01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14AC3"/>
    <w:multiLevelType w:val="hybridMultilevel"/>
    <w:tmpl w:val="D05E3830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C64D1"/>
    <w:multiLevelType w:val="hybridMultilevel"/>
    <w:tmpl w:val="041610E0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B28B3"/>
    <w:multiLevelType w:val="hybridMultilevel"/>
    <w:tmpl w:val="36104E26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C198D"/>
    <w:multiLevelType w:val="hybridMultilevel"/>
    <w:tmpl w:val="F30A78A0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76186"/>
    <w:multiLevelType w:val="hybridMultilevel"/>
    <w:tmpl w:val="BFAA9166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61632"/>
    <w:multiLevelType w:val="hybridMultilevel"/>
    <w:tmpl w:val="565A432A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2722C"/>
    <w:multiLevelType w:val="hybridMultilevel"/>
    <w:tmpl w:val="B5DC3D04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B7F20"/>
    <w:multiLevelType w:val="hybridMultilevel"/>
    <w:tmpl w:val="9B1022BC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F3A64"/>
    <w:multiLevelType w:val="hybridMultilevel"/>
    <w:tmpl w:val="906C27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25F60"/>
    <w:multiLevelType w:val="hybridMultilevel"/>
    <w:tmpl w:val="6658CAEE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97849"/>
    <w:multiLevelType w:val="hybridMultilevel"/>
    <w:tmpl w:val="AF9C679C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E5902"/>
    <w:multiLevelType w:val="hybridMultilevel"/>
    <w:tmpl w:val="B5B68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432CE"/>
    <w:multiLevelType w:val="hybridMultilevel"/>
    <w:tmpl w:val="6C5ED41E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93E67"/>
    <w:multiLevelType w:val="hybridMultilevel"/>
    <w:tmpl w:val="7F1842D8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57BB4"/>
    <w:multiLevelType w:val="hybridMultilevel"/>
    <w:tmpl w:val="09B6FA58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A622C"/>
    <w:multiLevelType w:val="hybridMultilevel"/>
    <w:tmpl w:val="0BE0FF50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C0EBF"/>
    <w:multiLevelType w:val="hybridMultilevel"/>
    <w:tmpl w:val="22FC9A2E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A1E7B"/>
    <w:multiLevelType w:val="hybridMultilevel"/>
    <w:tmpl w:val="2A962D7A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67280"/>
    <w:multiLevelType w:val="hybridMultilevel"/>
    <w:tmpl w:val="053E80D6"/>
    <w:lvl w:ilvl="0" w:tplc="9CE2FAC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432611">
    <w:abstractNumId w:val="8"/>
  </w:num>
  <w:num w:numId="2" w16cid:durableId="566695491">
    <w:abstractNumId w:val="6"/>
  </w:num>
  <w:num w:numId="3" w16cid:durableId="380717905">
    <w:abstractNumId w:val="5"/>
  </w:num>
  <w:num w:numId="4" w16cid:durableId="2031102239">
    <w:abstractNumId w:val="4"/>
  </w:num>
  <w:num w:numId="5" w16cid:durableId="995035517">
    <w:abstractNumId w:val="7"/>
  </w:num>
  <w:num w:numId="6" w16cid:durableId="1318146388">
    <w:abstractNumId w:val="3"/>
  </w:num>
  <w:num w:numId="7" w16cid:durableId="1400010978">
    <w:abstractNumId w:val="2"/>
  </w:num>
  <w:num w:numId="8" w16cid:durableId="73556981">
    <w:abstractNumId w:val="1"/>
  </w:num>
  <w:num w:numId="9" w16cid:durableId="1773164100">
    <w:abstractNumId w:val="0"/>
  </w:num>
  <w:num w:numId="10" w16cid:durableId="639460530">
    <w:abstractNumId w:val="31"/>
  </w:num>
  <w:num w:numId="11" w16cid:durableId="131991935">
    <w:abstractNumId w:val="10"/>
  </w:num>
  <w:num w:numId="12" w16cid:durableId="835607413">
    <w:abstractNumId w:val="28"/>
  </w:num>
  <w:num w:numId="13" w16cid:durableId="1909001915">
    <w:abstractNumId w:val="12"/>
  </w:num>
  <w:num w:numId="14" w16cid:durableId="861749903">
    <w:abstractNumId w:val="21"/>
  </w:num>
  <w:num w:numId="15" w16cid:durableId="733628556">
    <w:abstractNumId w:val="36"/>
  </w:num>
  <w:num w:numId="16" w16cid:durableId="1557739822">
    <w:abstractNumId w:val="35"/>
  </w:num>
  <w:num w:numId="17" w16cid:durableId="163084491">
    <w:abstractNumId w:val="26"/>
  </w:num>
  <w:num w:numId="18" w16cid:durableId="317802808">
    <w:abstractNumId w:val="18"/>
  </w:num>
  <w:num w:numId="19" w16cid:durableId="2002200979">
    <w:abstractNumId w:val="23"/>
  </w:num>
  <w:num w:numId="20" w16cid:durableId="1900939705">
    <w:abstractNumId w:val="24"/>
  </w:num>
  <w:num w:numId="21" w16cid:durableId="280697924">
    <w:abstractNumId w:val="9"/>
  </w:num>
  <w:num w:numId="22" w16cid:durableId="774209516">
    <w:abstractNumId w:val="34"/>
  </w:num>
  <w:num w:numId="23" w16cid:durableId="267277779">
    <w:abstractNumId w:val="25"/>
  </w:num>
  <w:num w:numId="24" w16cid:durableId="107089061">
    <w:abstractNumId w:val="30"/>
  </w:num>
  <w:num w:numId="25" w16cid:durableId="393044334">
    <w:abstractNumId w:val="38"/>
  </w:num>
  <w:num w:numId="26" w16cid:durableId="379403635">
    <w:abstractNumId w:val="22"/>
  </w:num>
  <w:num w:numId="27" w16cid:durableId="1011683090">
    <w:abstractNumId w:val="29"/>
  </w:num>
  <w:num w:numId="28" w16cid:durableId="1157769878">
    <w:abstractNumId w:val="33"/>
  </w:num>
  <w:num w:numId="29" w16cid:durableId="27878894">
    <w:abstractNumId w:val="19"/>
  </w:num>
  <w:num w:numId="30" w16cid:durableId="1774201127">
    <w:abstractNumId w:val="37"/>
  </w:num>
  <w:num w:numId="31" w16cid:durableId="1244416071">
    <w:abstractNumId w:val="16"/>
  </w:num>
  <w:num w:numId="32" w16cid:durableId="1759908354">
    <w:abstractNumId w:val="17"/>
  </w:num>
  <w:num w:numId="33" w16cid:durableId="1052458561">
    <w:abstractNumId w:val="11"/>
  </w:num>
  <w:num w:numId="34" w16cid:durableId="1426804564">
    <w:abstractNumId w:val="15"/>
  </w:num>
  <w:num w:numId="35" w16cid:durableId="319815958">
    <w:abstractNumId w:val="27"/>
  </w:num>
  <w:num w:numId="36" w16cid:durableId="1173642252">
    <w:abstractNumId w:val="13"/>
  </w:num>
  <w:num w:numId="37" w16cid:durableId="110441260">
    <w:abstractNumId w:val="32"/>
  </w:num>
  <w:num w:numId="38" w16cid:durableId="916524116">
    <w:abstractNumId w:val="20"/>
  </w:num>
  <w:num w:numId="39" w16cid:durableId="11436968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20"/>
  <w:autoHyphenation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3897"/>
    <w:rsid w:val="000E25F4"/>
    <w:rsid w:val="00144D9F"/>
    <w:rsid w:val="0015074B"/>
    <w:rsid w:val="0029639D"/>
    <w:rsid w:val="00305F03"/>
    <w:rsid w:val="00326F90"/>
    <w:rsid w:val="00497168"/>
    <w:rsid w:val="005D28CC"/>
    <w:rsid w:val="006913CC"/>
    <w:rsid w:val="008124BC"/>
    <w:rsid w:val="008956F4"/>
    <w:rsid w:val="00927226"/>
    <w:rsid w:val="00930BDB"/>
    <w:rsid w:val="00963D2F"/>
    <w:rsid w:val="00996E86"/>
    <w:rsid w:val="00A36D9C"/>
    <w:rsid w:val="00A6253C"/>
    <w:rsid w:val="00AA1D8D"/>
    <w:rsid w:val="00AF62A1"/>
    <w:rsid w:val="00B47730"/>
    <w:rsid w:val="00B879C8"/>
    <w:rsid w:val="00C81795"/>
    <w:rsid w:val="00CB0664"/>
    <w:rsid w:val="00D3033D"/>
    <w:rsid w:val="00D72AAD"/>
    <w:rsid w:val="00E06BAE"/>
    <w:rsid w:val="00ED58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AF7D7"/>
  <w14:defaultImageDpi w14:val="300"/>
  <w15:docId w15:val="{F81A6D7C-45E2-4961-9D9E-3D1A3F28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1342</Words>
  <Characters>8457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Pascale Schiltz</cp:lastModifiedBy>
  <cp:revision>4</cp:revision>
  <cp:lastPrinted>2026-07-12T14:46:00Z</cp:lastPrinted>
  <dcterms:created xsi:type="dcterms:W3CDTF">2026-07-13T13:40:00Z</dcterms:created>
  <dcterms:modified xsi:type="dcterms:W3CDTF">2026-07-13T13:47:00Z</dcterms:modified>
  <cp:category/>
</cp:coreProperties>
</file>