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B4D" w:rsidRPr="00CD6052" w:rsidRDefault="00007919">
      <w:pPr>
        <w:pStyle w:val="Titel"/>
        <w:jc w:val="center"/>
        <w:rPr>
          <w:lang w:val="fr-FR"/>
        </w:rPr>
      </w:pPr>
      <w:r w:rsidRPr="00CD6052">
        <w:rPr>
          <w:lang w:val="fr-FR"/>
        </w:rPr>
        <w:t>PROJET</w:t>
      </w:r>
    </w:p>
    <w:p w:rsidR="00E40B4D" w:rsidRPr="00CD6052" w:rsidRDefault="00007919">
      <w:pPr>
        <w:pStyle w:val="berschrift1"/>
        <w:jc w:val="center"/>
        <w:rPr>
          <w:lang w:val="fr-FR"/>
        </w:rPr>
      </w:pPr>
      <w:r w:rsidRPr="00CD6052">
        <w:rPr>
          <w:lang w:val="fr-FR"/>
        </w:rPr>
        <w:t>Pinces à déchets : Des outils de ramassage à disposition de tous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56"/>
        <w:gridCol w:w="5256"/>
      </w:tblGrid>
      <w:tr w:rsidR="00E40B4D" w:rsidRPr="00CD6052">
        <w:trPr>
          <w:jc w:val="center"/>
        </w:trPr>
        <w:tc>
          <w:tcPr>
            <w:tcW w:w="5256" w:type="dxa"/>
          </w:tcPr>
          <w:p w:rsidR="00E40B4D" w:rsidRPr="00CD6052" w:rsidRDefault="00007919">
            <w:pPr>
              <w:rPr>
                <w:lang w:val="fr-FR"/>
              </w:rPr>
            </w:pPr>
            <w:r w:rsidRPr="00CD6052">
              <w:rPr>
                <w:b/>
                <w:lang w:val="fr-FR"/>
              </w:rPr>
              <w:t>OBJECTIF</w:t>
            </w:r>
            <w:r w:rsidRPr="00CD6052">
              <w:rPr>
                <w:b/>
                <w:lang w:val="fr-FR"/>
              </w:rPr>
              <w:br/>
            </w:r>
            <w:r w:rsidR="00CD6052">
              <w:rPr>
                <w:lang w:val="fr-FR"/>
              </w:rPr>
              <w:t>Contribuer</w:t>
            </w:r>
            <w:r w:rsidRPr="00CD6052">
              <w:rPr>
                <w:lang w:val="fr-FR"/>
              </w:rPr>
              <w:t xml:space="preserve"> à la propreté des espaces naturels communaux.</w:t>
            </w:r>
          </w:p>
        </w:tc>
        <w:tc>
          <w:tcPr>
            <w:tcW w:w="5256" w:type="dxa"/>
          </w:tcPr>
          <w:p w:rsidR="00E40B4D" w:rsidRPr="00CD6052" w:rsidRDefault="00007919">
            <w:pPr>
              <w:rPr>
                <w:lang w:val="fr-FR"/>
              </w:rPr>
            </w:pPr>
            <w:r w:rsidRPr="00CD6052">
              <w:rPr>
                <w:b/>
                <w:lang w:val="fr-FR"/>
              </w:rPr>
              <w:t>PUBLIC VISÉ</w:t>
            </w:r>
            <w:r w:rsidRPr="00CD6052">
              <w:rPr>
                <w:b/>
                <w:lang w:val="fr-FR"/>
              </w:rPr>
              <w:br/>
            </w:r>
            <w:r w:rsidR="00CD6052">
              <w:rPr>
                <w:lang w:val="fr-FR"/>
              </w:rPr>
              <w:t xml:space="preserve">Promeneurs, </w:t>
            </w:r>
            <w:r w:rsidRPr="00CD6052">
              <w:rPr>
                <w:lang w:val="fr-FR"/>
              </w:rPr>
              <w:t>écoliers et usagers des sentiers.</w:t>
            </w:r>
          </w:p>
        </w:tc>
      </w:tr>
    </w:tbl>
    <w:p w:rsidR="00E40B4D" w:rsidRPr="00CD6052" w:rsidRDefault="00007919">
      <w:pPr>
        <w:pStyle w:val="berschrift2"/>
        <w:rPr>
          <w:lang w:val="fr-FR"/>
        </w:rPr>
      </w:pPr>
      <w:r w:rsidRPr="00CD6052">
        <w:rPr>
          <w:lang w:val="fr-FR"/>
        </w:rPr>
        <w:t>Proposition</w:t>
      </w:r>
    </w:p>
    <w:p w:rsidR="00E40B4D" w:rsidRPr="00CD6052" w:rsidRDefault="00007919">
      <w:pPr>
        <w:rPr>
          <w:lang w:val="fr-FR"/>
        </w:rPr>
      </w:pPr>
      <w:r w:rsidRPr="00CD6052">
        <w:rPr>
          <w:lang w:val="fr-FR"/>
        </w:rPr>
        <w:t xml:space="preserve">Installer à proximité </w:t>
      </w:r>
      <w:r w:rsidRPr="00CD6052">
        <w:rPr>
          <w:lang w:val="fr-FR"/>
        </w:rPr>
        <w:t xml:space="preserve">des poubelles communales situées sur le site </w:t>
      </w:r>
      <w:proofErr w:type="spellStart"/>
      <w:r w:rsidRPr="00CD6052">
        <w:rPr>
          <w:lang w:val="fr-FR"/>
        </w:rPr>
        <w:t>Bakerey</w:t>
      </w:r>
      <w:proofErr w:type="spellEnd"/>
      <w:r w:rsidRPr="00CD6052">
        <w:rPr>
          <w:lang w:val="fr-FR"/>
        </w:rPr>
        <w:t xml:space="preserve"> (et éventuellement sur d'autres sites) des pinces à déchets mises </w:t>
      </w:r>
      <w:r w:rsidRPr="00CD6052">
        <w:rPr>
          <w:lang w:val="fr-FR"/>
        </w:rPr>
        <w:t>à disposition des usagers afin de ramasser les déchets de manière simple et hygiénique.</w:t>
      </w:r>
    </w:p>
    <w:p w:rsidR="00E40B4D" w:rsidRPr="00CD6052" w:rsidRDefault="00007919">
      <w:pPr>
        <w:pStyle w:val="berschrift2"/>
        <w:rPr>
          <w:lang w:val="fr-FR"/>
        </w:rPr>
      </w:pPr>
      <w:r w:rsidRPr="00CD6052">
        <w:rPr>
          <w:lang w:val="fr-FR"/>
        </w:rPr>
        <w:t>Mise en œuvre</w:t>
      </w:r>
    </w:p>
    <w:p w:rsidR="00E40B4D" w:rsidRPr="00CD6052" w:rsidRDefault="00007919">
      <w:pPr>
        <w:rPr>
          <w:lang w:val="fr-FR"/>
        </w:rPr>
      </w:pPr>
      <w:r w:rsidRPr="00CD6052">
        <w:rPr>
          <w:lang w:val="fr-FR"/>
        </w:rPr>
        <w:t>• Installer les pinces</w:t>
      </w:r>
      <w:r w:rsidRPr="00CD6052">
        <w:rPr>
          <w:lang w:val="fr-FR"/>
        </w:rPr>
        <w:t xml:space="preserve"> sur un support fixé près des poubelles.</w:t>
      </w:r>
      <w:r w:rsidRPr="00CD6052">
        <w:rPr>
          <w:lang w:val="fr-FR"/>
        </w:rPr>
        <w:br/>
        <w:t>• Marquer les pinces avec le logo de la commune afin</w:t>
      </w:r>
      <w:r w:rsidR="00CD6052">
        <w:rPr>
          <w:lang w:val="fr-FR"/>
        </w:rPr>
        <w:t xml:space="preserve"> de limiter les risques de vol.</w:t>
      </w:r>
    </w:p>
    <w:p w:rsidR="00E40B4D" w:rsidRPr="00CD6052" w:rsidRDefault="00007919">
      <w:pPr>
        <w:pStyle w:val="berschrift2"/>
        <w:rPr>
          <w:lang w:val="fr-FR"/>
        </w:rPr>
      </w:pPr>
      <w:r w:rsidRPr="00CD6052">
        <w:rPr>
          <w:lang w:val="fr-FR"/>
        </w:rPr>
        <w:t>Bénéfices attendus</w:t>
      </w:r>
    </w:p>
    <w:p w:rsidR="00CD6052" w:rsidRDefault="00007919">
      <w:pPr>
        <w:rPr>
          <w:lang w:val="fr-FR"/>
        </w:rPr>
      </w:pPr>
      <w:r w:rsidRPr="00CD6052">
        <w:rPr>
          <w:lang w:val="fr-FR"/>
        </w:rPr>
        <w:t>✓</w:t>
      </w:r>
      <w:r w:rsidRPr="00CD6052">
        <w:rPr>
          <w:lang w:val="fr-FR"/>
        </w:rPr>
        <w:t xml:space="preserve"> Participation citoyenne.</w:t>
      </w:r>
      <w:r w:rsidRPr="00CD6052">
        <w:rPr>
          <w:lang w:val="fr-FR"/>
        </w:rPr>
        <w:br/>
        <w:t>✓ Sensibilisatio</w:t>
      </w:r>
      <w:r w:rsidR="00CD6052">
        <w:rPr>
          <w:lang w:val="fr-FR"/>
        </w:rPr>
        <w:t>n des habitants</w:t>
      </w:r>
      <w:r w:rsidRPr="00CD6052">
        <w:rPr>
          <w:lang w:val="fr-FR"/>
        </w:rPr>
        <w:t xml:space="preserve"> au respect de la nature.</w:t>
      </w:r>
      <w:r w:rsidRPr="00CD6052">
        <w:rPr>
          <w:lang w:val="fr-FR"/>
        </w:rPr>
        <w:br/>
        <w:t>✓ Amélioration de la propreté des espaces naturels.</w:t>
      </w:r>
    </w:p>
    <w:p w:rsidR="00E40B4D" w:rsidRPr="00007919" w:rsidRDefault="00CD6052">
      <w:pPr>
        <w:rPr>
          <w:noProof/>
          <w:lang w:val="en-GB" w:eastAsia="en-GB"/>
        </w:rPr>
      </w:pPr>
      <w:r w:rsidRPr="00CD6052">
        <w:rPr>
          <w:lang w:val="fr-FR"/>
        </w:rPr>
        <w:drawing>
          <wp:inline distT="0" distB="0" distL="0" distR="0" wp14:anchorId="3B3589A7" wp14:editId="4F75F33D">
            <wp:extent cx="2583180" cy="2472946"/>
            <wp:effectExtent l="0" t="0" r="7620" b="381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4793" cy="2484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7919" w:rsidRPr="00007919">
        <w:rPr>
          <w:noProof/>
          <w:lang w:val="en-GB" w:eastAsia="en-GB"/>
        </w:rPr>
        <w:drawing>
          <wp:inline distT="0" distB="0" distL="0" distR="0" wp14:anchorId="710F3BDA" wp14:editId="45CE98E9">
            <wp:extent cx="6675120" cy="1789430"/>
            <wp:effectExtent l="0" t="0" r="0" b="127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75120" cy="178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0B4D" w:rsidRPr="00007919" w:rsidSect="00CD6052">
      <w:pgSz w:w="12240" w:h="15840"/>
      <w:pgMar w:top="567" w:right="864" w:bottom="144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7919"/>
    <w:rsid w:val="00034616"/>
    <w:rsid w:val="0006063C"/>
    <w:rsid w:val="001319F5"/>
    <w:rsid w:val="0015074B"/>
    <w:rsid w:val="0029639D"/>
    <w:rsid w:val="00326F90"/>
    <w:rsid w:val="00AA1D8D"/>
    <w:rsid w:val="00B47730"/>
    <w:rsid w:val="00CB0664"/>
    <w:rsid w:val="00CD6052"/>
    <w:rsid w:val="00E40B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7E68408-BEB6-4F7C-BBEB-3C91DDD61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341CAE0-41D8-4D27-B6BF-CFF7506D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756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Microsoft-Konto</cp:lastModifiedBy>
  <cp:revision>4</cp:revision>
  <dcterms:created xsi:type="dcterms:W3CDTF">2026-07-10T10:21:00Z</dcterms:created>
  <dcterms:modified xsi:type="dcterms:W3CDTF">2026-07-10T10:26:00Z</dcterms:modified>
  <cp:category/>
</cp:coreProperties>
</file>